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7AD7F" w14:textId="77777777" w:rsidR="00475B26" w:rsidRPr="003A39BA" w:rsidRDefault="00022547" w:rsidP="00772A72">
      <w:pPr>
        <w:spacing w:before="120" w:after="120" w:line="240" w:lineRule="auto"/>
        <w:rPr>
          <w:lang w:val="de-CH"/>
        </w:rPr>
      </w:pPr>
      <w:r w:rsidRPr="003A39BA">
        <w:rPr>
          <w:b/>
          <w:sz w:val="32"/>
          <w:lang w:val="de-CH"/>
        </w:rPr>
        <w:t xml:space="preserve">Leitfaden für </w:t>
      </w:r>
      <w:r w:rsidR="00D50DC3">
        <w:rPr>
          <w:b/>
          <w:sz w:val="32"/>
          <w:lang w:val="de-CH"/>
        </w:rPr>
        <w:t>V</w:t>
      </w:r>
      <w:r w:rsidRPr="003A39BA">
        <w:rPr>
          <w:b/>
          <w:sz w:val="32"/>
          <w:lang w:val="de-CH"/>
        </w:rPr>
        <w:t>eranstaltungen</w:t>
      </w:r>
      <w:r w:rsidR="00D50DC3">
        <w:rPr>
          <w:b/>
          <w:sz w:val="32"/>
          <w:lang w:val="de-CH"/>
        </w:rPr>
        <w:t xml:space="preserve"> in der Gemeinde Au</w:t>
      </w:r>
    </w:p>
    <w:p w14:paraId="17F79750" w14:textId="77777777" w:rsidR="00475B26" w:rsidRPr="003A39BA" w:rsidRDefault="00022547" w:rsidP="00772A72">
      <w:pPr>
        <w:spacing w:before="120" w:line="240" w:lineRule="auto"/>
        <w:jc w:val="both"/>
        <w:rPr>
          <w:lang w:val="de-CH"/>
        </w:rPr>
      </w:pPr>
      <w:r w:rsidRPr="004F0F95">
        <w:rPr>
          <w:b/>
          <w:bCs/>
          <w:lang w:val="de-CH"/>
        </w:rPr>
        <w:t>Ziel:</w:t>
      </w:r>
      <w:r w:rsidRPr="003A39BA">
        <w:rPr>
          <w:lang w:val="de-CH"/>
        </w:rPr>
        <w:t xml:space="preserve"> Dieser Leitfaden fasst die von Bund, Kanton St. Gallen und der Gemeinde Au geregelten Anforderungen zusammen. Er dient Veranstaltenden als unbürokratische Checkliste, welche Unterlagen einzureichen sind und welche Punkte zwingend einzuhalten sind.</w:t>
      </w:r>
    </w:p>
    <w:p w14:paraId="1074980E" w14:textId="77777777" w:rsidR="00475B26" w:rsidRPr="003A39BA" w:rsidRDefault="00022547" w:rsidP="00772A72">
      <w:pPr>
        <w:spacing w:before="240" w:after="120" w:line="240" w:lineRule="auto"/>
        <w:jc w:val="both"/>
        <w:rPr>
          <w:lang w:val="de-CH"/>
        </w:rPr>
      </w:pPr>
      <w:r w:rsidRPr="003A39BA">
        <w:rPr>
          <w:b/>
          <w:sz w:val="24"/>
          <w:lang w:val="de-CH"/>
        </w:rPr>
        <w:t>1) Was ist bewilligungspflichtig?</w:t>
      </w:r>
    </w:p>
    <w:p w14:paraId="63FA0935" w14:textId="0CF9E754" w:rsidR="00475B26" w:rsidRPr="003A39BA" w:rsidRDefault="00022547" w:rsidP="00772A72">
      <w:pPr>
        <w:spacing w:before="120" w:line="240" w:lineRule="auto"/>
        <w:jc w:val="both"/>
        <w:rPr>
          <w:lang w:val="de-CH"/>
        </w:rPr>
      </w:pPr>
      <w:r w:rsidRPr="003A39BA">
        <w:rPr>
          <w:lang w:val="de-CH"/>
        </w:rPr>
        <w:t xml:space="preserve">Veranstaltungen im öffentlichen Raum der Gemeinde Au sowie gewisse Anlässe auf privatem Grund sind je nach Ausgestaltung bewilligungspflichtig. </w:t>
      </w:r>
      <w:r w:rsidR="004F0F95" w:rsidRPr="004F0F95">
        <w:rPr>
          <w:lang w:val="de-CH"/>
        </w:rPr>
        <w:t>Details und Kontakt</w:t>
      </w:r>
      <w:r w:rsidR="004F0F95">
        <w:rPr>
          <w:rStyle w:val="Kommentarzeichen"/>
        </w:rPr>
        <w:t xml:space="preserve"> </w:t>
      </w:r>
      <w:r w:rsidR="004F0F95">
        <w:rPr>
          <w:rStyle w:val="Kommentarzeichen"/>
          <w:sz w:val="22"/>
          <w:szCs w:val="22"/>
        </w:rPr>
        <w:t>O</w:t>
      </w:r>
      <w:r w:rsidRPr="003A39BA">
        <w:rPr>
          <w:lang w:val="de-CH"/>
        </w:rPr>
        <w:t>nline-Schalter «Veranstaltungen, Feste» der Gemeinde Au (www.au.ch → Dienstleistungen).</w:t>
      </w:r>
    </w:p>
    <w:p w14:paraId="0A4011F8" w14:textId="77777777" w:rsidR="00475B26" w:rsidRPr="003A39BA" w:rsidRDefault="00022547" w:rsidP="00772A72">
      <w:pPr>
        <w:spacing w:before="240" w:after="120" w:line="240" w:lineRule="auto"/>
        <w:jc w:val="both"/>
        <w:rPr>
          <w:lang w:val="de-CH"/>
        </w:rPr>
      </w:pPr>
      <w:r w:rsidRPr="003A39BA">
        <w:rPr>
          <w:b/>
          <w:sz w:val="24"/>
          <w:lang w:val="de-CH"/>
        </w:rPr>
        <w:t>2) Fristen &amp; Ablauf (Empfehlung)</w:t>
      </w:r>
    </w:p>
    <w:p w14:paraId="56FE1728" w14:textId="77777777" w:rsidR="00475B26" w:rsidRPr="003A39BA" w:rsidRDefault="00022547" w:rsidP="00772A72">
      <w:pPr>
        <w:spacing w:before="120" w:line="240" w:lineRule="auto"/>
        <w:jc w:val="both"/>
        <w:rPr>
          <w:lang w:val="de-CH"/>
        </w:rPr>
      </w:pPr>
      <w:r w:rsidRPr="003A39BA">
        <w:rPr>
          <w:lang w:val="de-CH"/>
        </w:rPr>
        <w:t>Reichen Sie Gesuche so früh wie möglich ein – ideal spätestens 3 Monate vor dem Anlass (bei Grossveranstaltungen früher). Planen Sie genügend Zeit für kantonale Bewilligungen und Rückfragen ein.</w:t>
      </w:r>
    </w:p>
    <w:p w14:paraId="6CCB3EFB" w14:textId="1BA1AE37" w:rsidR="00475B26" w:rsidRPr="003A39BA" w:rsidRDefault="00022547" w:rsidP="00772A72">
      <w:pPr>
        <w:pStyle w:val="Listennummer"/>
        <w:spacing w:before="120" w:line="240" w:lineRule="auto"/>
        <w:jc w:val="both"/>
        <w:rPr>
          <w:lang w:val="de-CH"/>
        </w:rPr>
      </w:pPr>
      <w:r w:rsidRPr="003A39BA">
        <w:rPr>
          <w:lang w:val="de-CH"/>
        </w:rPr>
        <w:t xml:space="preserve">Vorabklärung mit der Gemeinderatskanzlei Au (Zweck, Ort, Datum, </w:t>
      </w:r>
      <w:r w:rsidR="0080435E">
        <w:rPr>
          <w:lang w:val="de-CH"/>
        </w:rPr>
        <w:t>Programm</w:t>
      </w:r>
      <w:r w:rsidRPr="003A39BA">
        <w:rPr>
          <w:lang w:val="de-CH"/>
        </w:rPr>
        <w:t>).</w:t>
      </w:r>
    </w:p>
    <w:p w14:paraId="4C3C2123" w14:textId="77777777" w:rsidR="00475B26" w:rsidRPr="003A39BA" w:rsidRDefault="00022547" w:rsidP="00772A72">
      <w:pPr>
        <w:pStyle w:val="Listennummer"/>
        <w:spacing w:before="120" w:line="240" w:lineRule="auto"/>
        <w:jc w:val="both"/>
        <w:rPr>
          <w:lang w:val="de-CH"/>
        </w:rPr>
      </w:pPr>
      <w:r w:rsidRPr="003A39BA">
        <w:rPr>
          <w:lang w:val="de-CH"/>
        </w:rPr>
        <w:t>Einreichen der nötigen Gesuche/Formulare (siehe Checkliste unten).</w:t>
      </w:r>
    </w:p>
    <w:p w14:paraId="39D02298" w14:textId="26D31231" w:rsidR="00475B26" w:rsidRPr="003A39BA" w:rsidRDefault="00022547" w:rsidP="00772A72">
      <w:pPr>
        <w:pStyle w:val="Listennummer"/>
        <w:spacing w:before="120" w:line="240" w:lineRule="auto"/>
        <w:jc w:val="both"/>
        <w:rPr>
          <w:lang w:val="de-CH"/>
        </w:rPr>
      </w:pPr>
      <w:r w:rsidRPr="003A39BA">
        <w:rPr>
          <w:lang w:val="de-CH"/>
        </w:rPr>
        <w:t>Koordination mit Polizei</w:t>
      </w:r>
      <w:r w:rsidR="0080435E">
        <w:rPr>
          <w:lang w:val="de-CH"/>
        </w:rPr>
        <w:t xml:space="preserve">, </w:t>
      </w:r>
      <w:r w:rsidRPr="003A39BA">
        <w:rPr>
          <w:lang w:val="de-CH"/>
        </w:rPr>
        <w:t>Feuerwehr</w:t>
      </w:r>
      <w:r w:rsidR="0080435E">
        <w:rPr>
          <w:lang w:val="de-CH"/>
        </w:rPr>
        <w:t xml:space="preserve"> und </w:t>
      </w:r>
      <w:r w:rsidRPr="003A39BA">
        <w:rPr>
          <w:lang w:val="de-CH"/>
        </w:rPr>
        <w:t>Rett</w:t>
      </w:r>
      <w:r w:rsidR="004F0F95">
        <w:rPr>
          <w:lang w:val="de-CH"/>
        </w:rPr>
        <w:t>ungs</w:t>
      </w:r>
      <w:r w:rsidRPr="003A39BA">
        <w:rPr>
          <w:lang w:val="de-CH"/>
        </w:rPr>
        <w:t>diensten gemäss Sicherheits- und Brandschutz</w:t>
      </w:r>
      <w:r w:rsidR="0080435E">
        <w:rPr>
          <w:lang w:val="de-CH"/>
        </w:rPr>
        <w:softHyphen/>
      </w:r>
      <w:r w:rsidRPr="003A39BA">
        <w:rPr>
          <w:lang w:val="de-CH"/>
        </w:rPr>
        <w:t>konzept.</w:t>
      </w:r>
    </w:p>
    <w:p w14:paraId="00CBE3C2" w14:textId="3F1D7EA9" w:rsidR="00475B26" w:rsidRPr="003A39BA" w:rsidRDefault="00022547" w:rsidP="00772A72">
      <w:pPr>
        <w:pStyle w:val="Listennummer"/>
        <w:spacing w:before="120" w:line="240" w:lineRule="auto"/>
        <w:jc w:val="both"/>
        <w:rPr>
          <w:lang w:val="de-CH"/>
        </w:rPr>
      </w:pPr>
      <w:r w:rsidRPr="003A39BA">
        <w:rPr>
          <w:lang w:val="de-CH"/>
        </w:rPr>
        <w:t>Rechtzeitige Information der Nachbarschaft.</w:t>
      </w:r>
    </w:p>
    <w:p w14:paraId="28ED4858" w14:textId="77777777" w:rsidR="00475B26" w:rsidRPr="003A39BA" w:rsidRDefault="00022547" w:rsidP="00772A72">
      <w:pPr>
        <w:spacing w:before="240" w:after="120" w:line="240" w:lineRule="auto"/>
        <w:rPr>
          <w:lang w:val="de-CH"/>
        </w:rPr>
      </w:pPr>
      <w:r w:rsidRPr="003A39BA">
        <w:rPr>
          <w:b/>
          <w:sz w:val="24"/>
          <w:lang w:val="de-CH"/>
        </w:rPr>
        <w:t xml:space="preserve">3) </w:t>
      </w:r>
      <w:r w:rsidR="001315FC">
        <w:rPr>
          <w:b/>
          <w:sz w:val="24"/>
          <w:lang w:val="de-CH"/>
        </w:rPr>
        <w:t>Unterlagen und Kontakte je nach Thema</w:t>
      </w:r>
    </w:p>
    <w:tbl>
      <w:tblPr>
        <w:tblStyle w:val="Tabellenraster"/>
        <w:tblW w:w="0" w:type="auto"/>
        <w:tblLook w:val="04A0" w:firstRow="1" w:lastRow="0" w:firstColumn="1" w:lastColumn="0" w:noHBand="0" w:noVBand="1"/>
      </w:tblPr>
      <w:tblGrid>
        <w:gridCol w:w="3070"/>
        <w:gridCol w:w="6319"/>
      </w:tblGrid>
      <w:tr w:rsidR="003A39BA" w14:paraId="1E92E756" w14:textId="77777777" w:rsidTr="00033599">
        <w:tc>
          <w:tcPr>
            <w:tcW w:w="1951" w:type="dxa"/>
          </w:tcPr>
          <w:p w14:paraId="31FD1AA8" w14:textId="77777777" w:rsidR="003A39BA" w:rsidRDefault="001315FC" w:rsidP="00772A72">
            <w:pPr>
              <w:spacing w:before="120"/>
              <w:rPr>
                <w:b/>
                <w:sz w:val="24"/>
                <w:lang w:val="de-CH"/>
              </w:rPr>
            </w:pPr>
            <w:r>
              <w:rPr>
                <w:b/>
                <w:sz w:val="24"/>
                <w:lang w:val="de-CH"/>
              </w:rPr>
              <w:t>Thema</w:t>
            </w:r>
          </w:p>
        </w:tc>
        <w:tc>
          <w:tcPr>
            <w:tcW w:w="6829" w:type="dxa"/>
          </w:tcPr>
          <w:p w14:paraId="55F47755" w14:textId="77777777" w:rsidR="003A39BA" w:rsidRDefault="003A39BA" w:rsidP="00772A72">
            <w:pPr>
              <w:spacing w:before="120"/>
              <w:rPr>
                <w:b/>
                <w:sz w:val="24"/>
                <w:lang w:val="de-CH"/>
              </w:rPr>
            </w:pPr>
            <w:r>
              <w:rPr>
                <w:b/>
                <w:sz w:val="24"/>
                <w:lang w:val="de-CH"/>
              </w:rPr>
              <w:t>Unterlagen</w:t>
            </w:r>
          </w:p>
        </w:tc>
      </w:tr>
      <w:tr w:rsidR="003A39BA" w14:paraId="5449372C" w14:textId="77777777" w:rsidTr="00033599">
        <w:tc>
          <w:tcPr>
            <w:tcW w:w="1951" w:type="dxa"/>
          </w:tcPr>
          <w:p w14:paraId="04C19C2C" w14:textId="77777777" w:rsidR="003A39BA" w:rsidRDefault="003A39BA" w:rsidP="00772A72">
            <w:pPr>
              <w:spacing w:before="120"/>
              <w:rPr>
                <w:b/>
                <w:sz w:val="24"/>
                <w:lang w:val="de-CH"/>
              </w:rPr>
            </w:pPr>
            <w:r w:rsidRPr="003A39BA">
              <w:rPr>
                <w:b/>
                <w:sz w:val="24"/>
                <w:lang w:val="de-CH"/>
              </w:rPr>
              <w:t>Veranstaltungen / Strassenreklamen</w:t>
            </w:r>
          </w:p>
        </w:tc>
        <w:tc>
          <w:tcPr>
            <w:tcW w:w="6829" w:type="dxa"/>
          </w:tcPr>
          <w:p w14:paraId="1290F3DE" w14:textId="77777777" w:rsidR="003A39BA" w:rsidRPr="003A39BA" w:rsidRDefault="003A39BA" w:rsidP="00772A72">
            <w:pPr>
              <w:pStyle w:val="Aufzhlungszeichen"/>
              <w:numPr>
                <w:ilvl w:val="0"/>
                <w:numId w:val="13"/>
              </w:numPr>
              <w:spacing w:before="120"/>
              <w:ind w:left="331"/>
              <w:rPr>
                <w:lang w:val="de-CH"/>
              </w:rPr>
            </w:pPr>
            <w:r w:rsidRPr="003A39BA">
              <w:rPr>
                <w:lang w:val="de-CH"/>
              </w:rPr>
              <w:t xml:space="preserve">Gesuch für Veranstaltungen auf </w:t>
            </w:r>
            <w:r w:rsidRPr="001315FC">
              <w:rPr>
                <w:b/>
                <w:lang w:val="de-CH"/>
              </w:rPr>
              <w:t>öffentlichen, kantonalen Strassen</w:t>
            </w:r>
            <w:r w:rsidRPr="003A39BA">
              <w:rPr>
                <w:lang w:val="de-CH"/>
              </w:rPr>
              <w:t>, Wegen und Plätzen sowie für befristete Strassenreklamen (</w:t>
            </w:r>
            <w:r w:rsidRPr="001315FC">
              <w:rPr>
                <w:b/>
                <w:lang w:val="de-CH"/>
              </w:rPr>
              <w:t>Kapo SG</w:t>
            </w:r>
            <w:r w:rsidRPr="003A39BA">
              <w:rPr>
                <w:lang w:val="de-CH"/>
              </w:rPr>
              <w:t xml:space="preserve"> </w:t>
            </w:r>
            <w:hyperlink r:id="rId8" w:history="1">
              <w:r w:rsidRPr="003A39BA">
                <w:rPr>
                  <w:rStyle w:val="Hyperlink"/>
                  <w:lang w:val="de-CH"/>
                </w:rPr>
                <w:t>Online Formular</w:t>
              </w:r>
            </w:hyperlink>
            <w:r w:rsidRPr="003A39BA">
              <w:rPr>
                <w:lang w:val="de-CH"/>
              </w:rPr>
              <w:t>).</w:t>
            </w:r>
          </w:p>
          <w:p w14:paraId="5DE841BF" w14:textId="5D2B8AD6" w:rsidR="003A39BA" w:rsidRDefault="003A39BA" w:rsidP="00772A72">
            <w:pPr>
              <w:pStyle w:val="Aufzhlungszeichen"/>
              <w:numPr>
                <w:ilvl w:val="0"/>
                <w:numId w:val="13"/>
              </w:numPr>
              <w:spacing w:before="120"/>
              <w:ind w:left="331"/>
              <w:rPr>
                <w:lang w:val="de-CH"/>
              </w:rPr>
            </w:pPr>
            <w:r w:rsidRPr="003A39BA">
              <w:rPr>
                <w:lang w:val="de-CH"/>
              </w:rPr>
              <w:t xml:space="preserve">Beilagen: </w:t>
            </w:r>
            <w:hyperlink r:id="rId9" w:history="1">
              <w:proofErr w:type="spellStart"/>
              <w:r w:rsidR="004328EB">
                <w:rPr>
                  <w:rStyle w:val="Hyperlink"/>
                </w:rPr>
                <w:t>Situationsplan</w:t>
              </w:r>
              <w:proofErr w:type="spellEnd"/>
            </w:hyperlink>
            <w:r w:rsidR="004328EB">
              <w:rPr>
                <w:lang w:val="de-CH"/>
              </w:rPr>
              <w:t xml:space="preserve"> </w:t>
            </w:r>
            <w:r w:rsidRPr="003A39BA">
              <w:rPr>
                <w:lang w:val="de-CH"/>
              </w:rPr>
              <w:t>mit Flächenbedarf, Umleitungen, Verkehrs- und Parkierungskonzept (inkl. Zufahrten für Rettungsdienste).</w:t>
            </w:r>
          </w:p>
          <w:p w14:paraId="322F1BC6" w14:textId="77777777" w:rsidR="009678F1" w:rsidRPr="009678F1" w:rsidRDefault="009678F1" w:rsidP="00772A72">
            <w:pPr>
              <w:pStyle w:val="Aufzhlungszeichen"/>
              <w:numPr>
                <w:ilvl w:val="0"/>
                <w:numId w:val="0"/>
              </w:numPr>
              <w:spacing w:before="120"/>
              <w:ind w:left="-29"/>
              <w:rPr>
                <w:lang w:val="de-CH"/>
              </w:rPr>
            </w:pPr>
          </w:p>
        </w:tc>
      </w:tr>
      <w:tr w:rsidR="003A39BA" w14:paraId="2C9CDF57" w14:textId="77777777" w:rsidTr="009678F1">
        <w:trPr>
          <w:trHeight w:val="1664"/>
        </w:trPr>
        <w:tc>
          <w:tcPr>
            <w:tcW w:w="1951" w:type="dxa"/>
          </w:tcPr>
          <w:p w14:paraId="17D66E53" w14:textId="77777777" w:rsidR="003A39BA" w:rsidRDefault="003A39BA" w:rsidP="00772A72">
            <w:pPr>
              <w:spacing w:before="120"/>
              <w:rPr>
                <w:b/>
                <w:sz w:val="24"/>
                <w:lang w:val="de-CH"/>
              </w:rPr>
            </w:pPr>
            <w:r w:rsidRPr="003A39BA">
              <w:rPr>
                <w:b/>
                <w:sz w:val="24"/>
                <w:lang w:val="de-CH"/>
              </w:rPr>
              <w:t>Gastgewerbepatent für einen Anlass</w:t>
            </w:r>
          </w:p>
        </w:tc>
        <w:tc>
          <w:tcPr>
            <w:tcW w:w="6829" w:type="dxa"/>
          </w:tcPr>
          <w:p w14:paraId="185329BE" w14:textId="3E415D35" w:rsidR="00033599" w:rsidRPr="003A39BA" w:rsidRDefault="00033599" w:rsidP="00772A72">
            <w:pPr>
              <w:pStyle w:val="Aufzhlungszeichen"/>
              <w:numPr>
                <w:ilvl w:val="0"/>
                <w:numId w:val="0"/>
              </w:numPr>
              <w:spacing w:before="120"/>
              <w:rPr>
                <w:lang w:val="de-CH"/>
              </w:rPr>
            </w:pPr>
            <w:r w:rsidRPr="003A39BA">
              <w:rPr>
                <w:lang w:val="de-CH"/>
              </w:rPr>
              <w:t xml:space="preserve">Gesuch </w:t>
            </w:r>
            <w:r w:rsidRPr="009678F1">
              <w:rPr>
                <w:b/>
                <w:lang w:val="de-CH"/>
              </w:rPr>
              <w:t>«Gastgewerbepatent für einen Anlass»</w:t>
            </w:r>
            <w:r w:rsidRPr="003A39BA">
              <w:rPr>
                <w:lang w:val="de-CH"/>
              </w:rPr>
              <w:t xml:space="preserve"> (</w:t>
            </w:r>
            <w:hyperlink r:id="rId10" w:history="1">
              <w:r w:rsidR="004328EB">
                <w:rPr>
                  <w:rStyle w:val="Hyperlink"/>
                </w:rPr>
                <w:t xml:space="preserve">Online </w:t>
              </w:r>
              <w:proofErr w:type="spellStart"/>
              <w:r w:rsidR="004328EB">
                <w:rPr>
                  <w:rStyle w:val="Hyperlink"/>
                </w:rPr>
                <w:t>Schalter</w:t>
              </w:r>
              <w:proofErr w:type="spellEnd"/>
              <w:r w:rsidR="004328EB">
                <w:rPr>
                  <w:rStyle w:val="Hyperlink"/>
                </w:rPr>
                <w:t xml:space="preserve"> der Gemeinde Au) </w:t>
              </w:r>
            </w:hyperlink>
            <w:r w:rsidR="009678F1">
              <w:rPr>
                <w:lang w:val="de-CH"/>
              </w:rPr>
              <w:t xml:space="preserve">insofern die </w:t>
            </w:r>
            <w:r w:rsidR="009678F1" w:rsidRPr="009678F1">
              <w:rPr>
                <w:b/>
                <w:lang w:val="de-CH"/>
              </w:rPr>
              <w:t xml:space="preserve">Veranstaltung </w:t>
            </w:r>
            <w:proofErr w:type="gramStart"/>
            <w:r w:rsidR="009678F1" w:rsidRPr="009678F1">
              <w:rPr>
                <w:b/>
                <w:lang w:val="de-CH"/>
              </w:rPr>
              <w:t xml:space="preserve">mit </w:t>
            </w:r>
            <w:r w:rsidR="0080435E">
              <w:rPr>
                <w:b/>
                <w:lang w:val="de-CH"/>
              </w:rPr>
              <w:t>Getränke</w:t>
            </w:r>
            <w:proofErr w:type="gramEnd"/>
            <w:r w:rsidR="0080435E">
              <w:rPr>
                <w:b/>
                <w:lang w:val="de-CH"/>
              </w:rPr>
              <w:t xml:space="preserve"> und /oder Speisen</w:t>
            </w:r>
            <w:r w:rsidR="0080435E">
              <w:rPr>
                <w:lang w:val="de-CH"/>
              </w:rPr>
              <w:t xml:space="preserve"> </w:t>
            </w:r>
            <w:r w:rsidR="009678F1">
              <w:rPr>
                <w:lang w:val="de-CH"/>
              </w:rPr>
              <w:t>ist</w:t>
            </w:r>
            <w:r w:rsidRPr="003A39BA">
              <w:rPr>
                <w:lang w:val="de-CH"/>
              </w:rPr>
              <w:t>.</w:t>
            </w:r>
          </w:p>
          <w:p w14:paraId="49750B5B" w14:textId="77777777" w:rsidR="009678F1" w:rsidRDefault="00033599" w:rsidP="00772A72">
            <w:pPr>
              <w:spacing w:before="120"/>
              <w:rPr>
                <w:lang w:val="de-CH"/>
              </w:rPr>
            </w:pPr>
            <w:r w:rsidRPr="003A39BA">
              <w:rPr>
                <w:lang w:val="de-CH"/>
              </w:rPr>
              <w:t>Öffnungszeiten gemäss kantonalem Gastwirtschaftsrecht; allfällige Verlängerung separat beantragen</w:t>
            </w:r>
          </w:p>
          <w:p w14:paraId="2A4177C7" w14:textId="77777777" w:rsidR="009678F1" w:rsidRPr="009678F1" w:rsidRDefault="009678F1" w:rsidP="00772A72">
            <w:pPr>
              <w:spacing w:before="120"/>
              <w:rPr>
                <w:lang w:val="de-CH"/>
              </w:rPr>
            </w:pPr>
          </w:p>
        </w:tc>
      </w:tr>
      <w:tr w:rsidR="003A39BA" w14:paraId="35EBB936" w14:textId="77777777" w:rsidTr="00033599">
        <w:tc>
          <w:tcPr>
            <w:tcW w:w="1951" w:type="dxa"/>
          </w:tcPr>
          <w:p w14:paraId="1930E27A" w14:textId="77777777" w:rsidR="003A39BA" w:rsidRDefault="003A39BA" w:rsidP="00772A72">
            <w:pPr>
              <w:spacing w:before="120"/>
              <w:rPr>
                <w:b/>
                <w:sz w:val="24"/>
                <w:lang w:val="de-CH"/>
              </w:rPr>
            </w:pPr>
            <w:r w:rsidRPr="003A39BA">
              <w:rPr>
                <w:b/>
                <w:sz w:val="24"/>
                <w:lang w:val="de-CH"/>
              </w:rPr>
              <w:t>Jugendschutz bei Alkoholausschank (kantonale Infoblätter)</w:t>
            </w:r>
          </w:p>
        </w:tc>
        <w:tc>
          <w:tcPr>
            <w:tcW w:w="6829" w:type="dxa"/>
          </w:tcPr>
          <w:p w14:paraId="036D1BF2" w14:textId="77777777" w:rsidR="00033599" w:rsidRPr="003A39BA" w:rsidRDefault="00033599" w:rsidP="00772A72">
            <w:pPr>
              <w:pStyle w:val="Aufzhlungszeichen"/>
              <w:numPr>
                <w:ilvl w:val="0"/>
                <w:numId w:val="14"/>
              </w:numPr>
              <w:spacing w:before="120"/>
              <w:rPr>
                <w:lang w:val="de-CH"/>
              </w:rPr>
            </w:pPr>
            <w:r w:rsidRPr="003A39BA">
              <w:rPr>
                <w:lang w:val="de-CH"/>
              </w:rPr>
              <w:t>Einhalten der Altersgrenzen (keine Abgabe an &lt;16; Spirituosen/Alcopops nicht an &lt;18).</w:t>
            </w:r>
          </w:p>
          <w:p w14:paraId="0BD5BA2E" w14:textId="77777777" w:rsidR="009678F1" w:rsidRPr="009678F1" w:rsidRDefault="00033599" w:rsidP="00772A72">
            <w:pPr>
              <w:pStyle w:val="Aufzhlungszeichen"/>
              <w:numPr>
                <w:ilvl w:val="0"/>
                <w:numId w:val="14"/>
              </w:numPr>
              <w:spacing w:before="120"/>
              <w:rPr>
                <w:b/>
                <w:sz w:val="24"/>
                <w:lang w:val="de-CH"/>
              </w:rPr>
            </w:pPr>
            <w:r w:rsidRPr="003A39BA">
              <w:rPr>
                <w:lang w:val="de-CH"/>
              </w:rPr>
              <w:t xml:space="preserve">Kennzeichnung am Verkaufspunkt; mindestens </w:t>
            </w:r>
            <w:r w:rsidRPr="009678F1">
              <w:rPr>
                <w:b/>
                <w:lang w:val="de-CH"/>
              </w:rPr>
              <w:t>drei</w:t>
            </w:r>
            <w:r w:rsidRPr="003A39BA">
              <w:rPr>
                <w:lang w:val="de-CH"/>
              </w:rPr>
              <w:t xml:space="preserve"> </w:t>
            </w:r>
            <w:r w:rsidRPr="009678F1">
              <w:rPr>
                <w:b/>
                <w:lang w:val="de-CH"/>
              </w:rPr>
              <w:t>alkoholfreie Getränke</w:t>
            </w:r>
            <w:r w:rsidRPr="003A39BA">
              <w:rPr>
                <w:lang w:val="de-CH"/>
              </w:rPr>
              <w:t xml:space="preserve"> günstiger als das </w:t>
            </w:r>
            <w:r w:rsidRPr="009678F1">
              <w:rPr>
                <w:b/>
                <w:lang w:val="de-CH"/>
              </w:rPr>
              <w:t>günstigste alkoholische</w:t>
            </w:r>
            <w:r w:rsidRPr="003A39BA">
              <w:rPr>
                <w:lang w:val="de-CH"/>
              </w:rPr>
              <w:t xml:space="preserve"> in gleicher Menge </w:t>
            </w:r>
          </w:p>
          <w:p w14:paraId="21543115" w14:textId="2718A887" w:rsidR="003A39BA" w:rsidRDefault="00033599" w:rsidP="00772A72">
            <w:pPr>
              <w:pStyle w:val="Aufzhlungszeichen"/>
              <w:numPr>
                <w:ilvl w:val="0"/>
                <w:numId w:val="14"/>
              </w:numPr>
              <w:spacing w:before="120"/>
              <w:rPr>
                <w:b/>
                <w:sz w:val="24"/>
                <w:lang w:val="de-CH"/>
              </w:rPr>
            </w:pPr>
            <w:r w:rsidRPr="003A39BA">
              <w:rPr>
                <w:lang w:val="de-CH"/>
              </w:rPr>
              <w:t xml:space="preserve">Schulung des Personals; Ausweiskontrollen (Armbänder-System </w:t>
            </w:r>
            <w:r w:rsidR="0080435E">
              <w:rPr>
                <w:lang w:val="de-CH"/>
              </w:rPr>
              <w:t xml:space="preserve">hat sich </w:t>
            </w:r>
            <w:r w:rsidRPr="003A39BA">
              <w:rPr>
                <w:lang w:val="de-CH"/>
              </w:rPr>
              <w:t>bewährt).</w:t>
            </w:r>
          </w:p>
        </w:tc>
      </w:tr>
      <w:tr w:rsidR="003A39BA" w14:paraId="35BA1517" w14:textId="77777777" w:rsidTr="00033599">
        <w:tc>
          <w:tcPr>
            <w:tcW w:w="1951" w:type="dxa"/>
          </w:tcPr>
          <w:p w14:paraId="2F2D2A81" w14:textId="77777777" w:rsidR="003A39BA" w:rsidRDefault="00033599" w:rsidP="00772A72">
            <w:pPr>
              <w:spacing w:before="120"/>
              <w:rPr>
                <w:b/>
                <w:sz w:val="24"/>
                <w:lang w:val="de-CH"/>
              </w:rPr>
            </w:pPr>
            <w:r w:rsidRPr="003A39BA">
              <w:rPr>
                <w:b/>
                <w:sz w:val="24"/>
                <w:lang w:val="de-CH"/>
              </w:rPr>
              <w:lastRenderedPageBreak/>
              <w:t>Lebensmittelhygiene (Lebensmittelinspektorat SG)</w:t>
            </w:r>
          </w:p>
        </w:tc>
        <w:tc>
          <w:tcPr>
            <w:tcW w:w="6829" w:type="dxa"/>
          </w:tcPr>
          <w:p w14:paraId="72C46130" w14:textId="45895AF5" w:rsidR="00033599" w:rsidRPr="003A39BA" w:rsidRDefault="004328EB" w:rsidP="00772A72">
            <w:pPr>
              <w:pStyle w:val="Aufzhlungszeichen"/>
              <w:numPr>
                <w:ilvl w:val="0"/>
                <w:numId w:val="14"/>
              </w:numPr>
              <w:spacing w:before="120"/>
              <w:rPr>
                <w:lang w:val="de-CH"/>
              </w:rPr>
            </w:pPr>
            <w:hyperlink r:id="rId11" w:history="1">
              <w:r w:rsidR="00D47F90">
                <w:rPr>
                  <w:rStyle w:val="Hyperlink"/>
                  <w:lang w:val="de-CH"/>
                </w:rPr>
                <w:t>Merkblatt für Festwirtschaften</w:t>
              </w:r>
            </w:hyperlink>
            <w:r w:rsidR="00D47F90">
              <w:rPr>
                <w:lang w:val="de-CH"/>
              </w:rPr>
              <w:t xml:space="preserve"> </w:t>
            </w:r>
            <w:r w:rsidR="00033599" w:rsidRPr="003A39BA">
              <w:rPr>
                <w:lang w:val="de-CH"/>
              </w:rPr>
              <w:t xml:space="preserve">befolgen; hygienische Abläufe sicherstellen (Kühlkette, Handhygiene, </w:t>
            </w:r>
            <w:r w:rsidR="004F0F95">
              <w:rPr>
                <w:lang w:val="de-CH"/>
              </w:rPr>
              <w:t xml:space="preserve">Frischwasser </w:t>
            </w:r>
            <w:r w:rsidR="00033599" w:rsidRPr="003A39BA">
              <w:rPr>
                <w:lang w:val="de-CH"/>
              </w:rPr>
              <w:t>/</w:t>
            </w:r>
            <w:r w:rsidR="004F0F95">
              <w:rPr>
                <w:lang w:val="de-CH"/>
              </w:rPr>
              <w:t xml:space="preserve"> </w:t>
            </w:r>
            <w:r w:rsidR="00033599">
              <w:rPr>
                <w:lang w:val="de-CH"/>
              </w:rPr>
              <w:t>A</w:t>
            </w:r>
            <w:r w:rsidR="00033599" w:rsidRPr="003A39BA">
              <w:rPr>
                <w:lang w:val="de-CH"/>
              </w:rPr>
              <w:t>bwasser).</w:t>
            </w:r>
          </w:p>
          <w:p w14:paraId="72D175D5" w14:textId="43723969" w:rsidR="001315FC" w:rsidRDefault="00033599" w:rsidP="00772A72">
            <w:pPr>
              <w:pStyle w:val="Aufzhlungszeichen"/>
              <w:numPr>
                <w:ilvl w:val="0"/>
                <w:numId w:val="14"/>
              </w:numPr>
              <w:spacing w:before="120"/>
              <w:rPr>
                <w:lang w:val="de-CH"/>
              </w:rPr>
            </w:pPr>
            <w:r w:rsidRPr="003A39BA">
              <w:rPr>
                <w:lang w:val="de-CH"/>
              </w:rPr>
              <w:t>Bei Foodtrucks</w:t>
            </w:r>
            <w:r w:rsidR="0080435E">
              <w:rPr>
                <w:lang w:val="de-CH"/>
              </w:rPr>
              <w:t xml:space="preserve"> bzw. </w:t>
            </w:r>
            <w:r w:rsidRPr="003A39BA">
              <w:rPr>
                <w:lang w:val="de-CH"/>
              </w:rPr>
              <w:t>temporären Betrieben: Anforderungen an temporäre Betriebsführung beachten.</w:t>
            </w:r>
          </w:p>
          <w:p w14:paraId="68A24EE8" w14:textId="77777777" w:rsidR="009678F1" w:rsidRPr="009678F1" w:rsidRDefault="009678F1" w:rsidP="00772A72">
            <w:pPr>
              <w:pStyle w:val="Aufzhlungszeichen"/>
              <w:numPr>
                <w:ilvl w:val="0"/>
                <w:numId w:val="0"/>
              </w:numPr>
              <w:spacing w:before="120"/>
              <w:ind w:left="360"/>
              <w:rPr>
                <w:lang w:val="de-CH"/>
              </w:rPr>
            </w:pPr>
          </w:p>
        </w:tc>
      </w:tr>
      <w:tr w:rsidR="003A39BA" w14:paraId="20B5BB2C" w14:textId="77777777" w:rsidTr="00033599">
        <w:tc>
          <w:tcPr>
            <w:tcW w:w="1951" w:type="dxa"/>
          </w:tcPr>
          <w:p w14:paraId="3EC7E208" w14:textId="77777777" w:rsidR="003A39BA" w:rsidRDefault="00033599" w:rsidP="00772A72">
            <w:pPr>
              <w:spacing w:before="120"/>
              <w:rPr>
                <w:b/>
                <w:sz w:val="24"/>
                <w:lang w:val="de-CH"/>
              </w:rPr>
            </w:pPr>
            <w:r w:rsidRPr="003A39BA">
              <w:rPr>
                <w:b/>
                <w:sz w:val="24"/>
                <w:lang w:val="de-CH"/>
              </w:rPr>
              <w:t xml:space="preserve">Brandschutz &amp; Sicherheit </w:t>
            </w:r>
          </w:p>
        </w:tc>
        <w:tc>
          <w:tcPr>
            <w:tcW w:w="6829" w:type="dxa"/>
          </w:tcPr>
          <w:p w14:paraId="15371C1C" w14:textId="77777777" w:rsidR="00033599" w:rsidRPr="003A39BA" w:rsidRDefault="00033599" w:rsidP="00772A72">
            <w:pPr>
              <w:pStyle w:val="Aufzhlungszeichen"/>
              <w:numPr>
                <w:ilvl w:val="0"/>
                <w:numId w:val="15"/>
              </w:numPr>
              <w:spacing w:before="120"/>
              <w:rPr>
                <w:lang w:val="de-CH"/>
              </w:rPr>
            </w:pPr>
            <w:r w:rsidRPr="003A39BA">
              <w:rPr>
                <w:lang w:val="de-CH"/>
              </w:rPr>
              <w:t>Sicherheits- und Brandschutzkonzept einreichen (Organisation, Zuständigkeiten, Fluchtwege, maximale Personenbelegung, Notfallnummern).</w:t>
            </w:r>
          </w:p>
          <w:p w14:paraId="7E3E116B" w14:textId="77777777" w:rsidR="00033599" w:rsidRDefault="00033599" w:rsidP="00772A72">
            <w:pPr>
              <w:pStyle w:val="Aufzhlungszeichen"/>
              <w:numPr>
                <w:ilvl w:val="0"/>
                <w:numId w:val="15"/>
              </w:numPr>
              <w:spacing w:before="120"/>
              <w:rPr>
                <w:lang w:val="de-CH"/>
              </w:rPr>
            </w:pPr>
            <w:r w:rsidRPr="003A39BA">
              <w:rPr>
                <w:lang w:val="de-CH"/>
              </w:rPr>
              <w:t>Weisungen «Zeltbauten und Tribünen», «Dekorationen in Räumen mit Publikumsverkehr» einhalten.</w:t>
            </w:r>
          </w:p>
          <w:p w14:paraId="2E2F3F5E" w14:textId="77777777" w:rsidR="009678F1" w:rsidRDefault="009678F1" w:rsidP="00772A72">
            <w:pPr>
              <w:pStyle w:val="Aufzhlungszeichen"/>
              <w:numPr>
                <w:ilvl w:val="0"/>
                <w:numId w:val="0"/>
              </w:numPr>
              <w:spacing w:before="120"/>
              <w:rPr>
                <w:lang w:val="de-CH"/>
              </w:rPr>
            </w:pPr>
          </w:p>
          <w:p w14:paraId="659EB89C" w14:textId="30E3871F" w:rsidR="001315FC" w:rsidRPr="003A39BA" w:rsidRDefault="001315FC" w:rsidP="00772A72">
            <w:pPr>
              <w:pStyle w:val="Aufzhlungszeichen"/>
              <w:numPr>
                <w:ilvl w:val="0"/>
                <w:numId w:val="0"/>
              </w:numPr>
              <w:spacing w:before="120"/>
              <w:rPr>
                <w:lang w:val="de-CH"/>
              </w:rPr>
            </w:pPr>
            <w:r>
              <w:rPr>
                <w:lang w:val="de-CH"/>
              </w:rPr>
              <w:t xml:space="preserve">Fragen zum Brandschutz beantwortet der Brandschutzbeauftragte, </w:t>
            </w:r>
            <w:r w:rsidRPr="001315FC">
              <w:rPr>
                <w:b/>
                <w:lang w:val="de-CH"/>
              </w:rPr>
              <w:t>Markus Köppel</w:t>
            </w:r>
            <w:r>
              <w:rPr>
                <w:lang w:val="de-CH"/>
              </w:rPr>
              <w:t>,</w:t>
            </w:r>
            <w:r w:rsidR="0080435E">
              <w:rPr>
                <w:lang w:val="de-CH"/>
              </w:rPr>
              <w:br/>
            </w:r>
            <w:hyperlink r:id="rId12" w:history="1">
              <w:r w:rsidR="0080435E" w:rsidRPr="0080435E">
                <w:rPr>
                  <w:rStyle w:val="Hyperlink"/>
                  <w:lang w:val="de-CH"/>
                </w:rPr>
                <w:t>k</w:t>
              </w:r>
              <w:r w:rsidR="0080435E" w:rsidRPr="0080435E">
                <w:rPr>
                  <w:rStyle w:val="Hyperlink"/>
                </w:rPr>
                <w:t>ommandant@ihre-feuerwehr.ch</w:t>
              </w:r>
            </w:hyperlink>
            <w:r>
              <w:rPr>
                <w:lang w:val="de-CH"/>
              </w:rPr>
              <w:t xml:space="preserve">, Tel.-Nr. 071 722 11 91 </w:t>
            </w:r>
          </w:p>
          <w:p w14:paraId="151D331C" w14:textId="77777777" w:rsidR="009678F1" w:rsidRDefault="00033599" w:rsidP="00772A72">
            <w:pPr>
              <w:spacing w:before="120"/>
              <w:rPr>
                <w:lang w:val="de-CH"/>
              </w:rPr>
            </w:pPr>
            <w:r w:rsidRPr="003A39BA">
              <w:rPr>
                <w:lang w:val="de-CH"/>
              </w:rPr>
              <w:t>Pläne (M 1:500 Übersicht und Grundriss): Bestuhlung, Bühnen, Ausgänge, Fluchtwege, Löschgeräte, Gastro, Sanität, Sanitäranlagen, Kühlwagen etc</w:t>
            </w:r>
            <w:r w:rsidR="001315FC">
              <w:rPr>
                <w:lang w:val="de-CH"/>
              </w:rPr>
              <w:t>.</w:t>
            </w:r>
          </w:p>
          <w:p w14:paraId="1C3E6502" w14:textId="77777777" w:rsidR="009678F1" w:rsidRPr="009678F1" w:rsidRDefault="009678F1" w:rsidP="00772A72">
            <w:pPr>
              <w:spacing w:before="120"/>
              <w:rPr>
                <w:lang w:val="de-CH"/>
              </w:rPr>
            </w:pPr>
          </w:p>
        </w:tc>
      </w:tr>
      <w:tr w:rsidR="003A39BA" w14:paraId="20ABFCBC" w14:textId="77777777" w:rsidTr="006707C4">
        <w:tc>
          <w:tcPr>
            <w:tcW w:w="1951" w:type="dxa"/>
          </w:tcPr>
          <w:p w14:paraId="76DA385C" w14:textId="77777777" w:rsidR="003A39BA" w:rsidRDefault="00033599" w:rsidP="00772A72">
            <w:pPr>
              <w:spacing w:before="120"/>
              <w:rPr>
                <w:b/>
                <w:sz w:val="24"/>
                <w:lang w:val="de-CH"/>
              </w:rPr>
            </w:pPr>
            <w:r w:rsidRPr="003A39BA">
              <w:rPr>
                <w:b/>
                <w:sz w:val="24"/>
                <w:lang w:val="de-CH"/>
              </w:rPr>
              <w:t>Flüssiggas (GVSG Weisung LPG)</w:t>
            </w:r>
          </w:p>
        </w:tc>
        <w:tc>
          <w:tcPr>
            <w:tcW w:w="6829" w:type="dxa"/>
            <w:vAlign w:val="center"/>
          </w:tcPr>
          <w:p w14:paraId="2CB11629" w14:textId="77777777" w:rsidR="003A39BA" w:rsidRPr="006707C4" w:rsidRDefault="00033599" w:rsidP="00772A72">
            <w:pPr>
              <w:pStyle w:val="Aufzhlungszeichen"/>
              <w:numPr>
                <w:ilvl w:val="0"/>
                <w:numId w:val="0"/>
              </w:numPr>
              <w:spacing w:before="120"/>
              <w:ind w:left="360" w:hanging="360"/>
              <w:rPr>
                <w:lang w:val="de-CH"/>
              </w:rPr>
            </w:pPr>
            <w:r w:rsidRPr="003A39BA">
              <w:rPr>
                <w:lang w:val="de-CH"/>
              </w:rPr>
              <w:t>Feuerlöscher und Löschdecke beim Grill; Personal instruieren.</w:t>
            </w:r>
          </w:p>
        </w:tc>
      </w:tr>
      <w:tr w:rsidR="003A39BA" w14:paraId="56E044A0" w14:textId="77777777" w:rsidTr="00033599">
        <w:tc>
          <w:tcPr>
            <w:tcW w:w="1951" w:type="dxa"/>
          </w:tcPr>
          <w:p w14:paraId="010B89F9" w14:textId="77777777" w:rsidR="003A39BA" w:rsidRDefault="00033599" w:rsidP="00772A72">
            <w:pPr>
              <w:spacing w:before="120"/>
              <w:rPr>
                <w:b/>
                <w:sz w:val="24"/>
                <w:lang w:val="de-CH"/>
              </w:rPr>
            </w:pPr>
            <w:r w:rsidRPr="003A39BA">
              <w:rPr>
                <w:b/>
                <w:sz w:val="24"/>
                <w:lang w:val="de-CH"/>
              </w:rPr>
              <w:t>Schall &amp; Laser (BAG – V-NISSG)</w:t>
            </w:r>
          </w:p>
        </w:tc>
        <w:tc>
          <w:tcPr>
            <w:tcW w:w="6829" w:type="dxa"/>
          </w:tcPr>
          <w:p w14:paraId="32B8C87C" w14:textId="77777777" w:rsidR="00033599" w:rsidRDefault="00033599" w:rsidP="00772A72">
            <w:pPr>
              <w:pStyle w:val="Aufzhlungszeichen"/>
              <w:numPr>
                <w:ilvl w:val="0"/>
                <w:numId w:val="16"/>
              </w:numPr>
              <w:spacing w:before="120"/>
              <w:rPr>
                <w:lang w:val="de-CH"/>
              </w:rPr>
            </w:pPr>
            <w:r w:rsidRPr="003A39BA">
              <w:rPr>
                <w:lang w:val="de-CH"/>
              </w:rPr>
              <w:t xml:space="preserve">Veranstaltungen mit </w:t>
            </w:r>
            <w:r w:rsidRPr="00D47F90">
              <w:rPr>
                <w:b/>
                <w:lang w:val="de-CH"/>
              </w:rPr>
              <w:t>mittlerem</w:t>
            </w:r>
            <w:r w:rsidRPr="003A39BA">
              <w:rPr>
                <w:lang w:val="de-CH"/>
              </w:rPr>
              <w:t xml:space="preserve"> Schallpegel </w:t>
            </w:r>
            <w:r w:rsidRPr="00D47F90">
              <w:rPr>
                <w:b/>
                <w:lang w:val="de-CH"/>
              </w:rPr>
              <w:t>≥ 93 dB(A</w:t>
            </w:r>
            <w:r w:rsidRPr="003A39BA">
              <w:rPr>
                <w:lang w:val="de-CH"/>
              </w:rPr>
              <w:t>): Pflichten je nach Pegel</w:t>
            </w:r>
            <w:r w:rsidR="00D47F90">
              <w:rPr>
                <w:lang w:val="de-CH"/>
              </w:rPr>
              <w:t xml:space="preserve"> </w:t>
            </w:r>
            <w:r w:rsidRPr="003A39BA">
              <w:rPr>
                <w:lang w:val="de-CH"/>
              </w:rPr>
              <w:t>/</w:t>
            </w:r>
            <w:r w:rsidR="00D47F90">
              <w:rPr>
                <w:lang w:val="de-CH"/>
              </w:rPr>
              <w:t xml:space="preserve"> </w:t>
            </w:r>
            <w:r w:rsidRPr="003A39BA">
              <w:rPr>
                <w:lang w:val="de-CH"/>
              </w:rPr>
              <w:t>Dauer (u. a. Meldung, Information des Publikums, kostenlose Gehörschütze, Überwachung und ggf. Aufzeichnung der Pegel).</w:t>
            </w:r>
          </w:p>
          <w:p w14:paraId="75F00B45" w14:textId="77777777" w:rsidR="00033599" w:rsidRDefault="00033599" w:rsidP="00772A72">
            <w:pPr>
              <w:pStyle w:val="Aufzhlungszeichen"/>
              <w:numPr>
                <w:ilvl w:val="0"/>
                <w:numId w:val="16"/>
              </w:numPr>
              <w:spacing w:before="120"/>
              <w:rPr>
                <w:lang w:val="de-CH"/>
              </w:rPr>
            </w:pPr>
            <w:r w:rsidRPr="003A39BA">
              <w:rPr>
                <w:lang w:val="de-CH"/>
              </w:rPr>
              <w:t>Veranstaltungen für Kinder</w:t>
            </w:r>
            <w:r w:rsidR="00D47F90">
              <w:rPr>
                <w:lang w:val="de-CH"/>
              </w:rPr>
              <w:t xml:space="preserve"> </w:t>
            </w:r>
            <w:r w:rsidRPr="003A39BA">
              <w:rPr>
                <w:lang w:val="de-CH"/>
              </w:rPr>
              <w:t>/</w:t>
            </w:r>
            <w:r w:rsidR="00D47F90">
              <w:rPr>
                <w:lang w:val="de-CH"/>
              </w:rPr>
              <w:t xml:space="preserve"> </w:t>
            </w:r>
            <w:r w:rsidRPr="003A39BA">
              <w:rPr>
                <w:lang w:val="de-CH"/>
              </w:rPr>
              <w:t xml:space="preserve">Jugendliche &lt;16: </w:t>
            </w:r>
            <w:r w:rsidRPr="00D47F90">
              <w:rPr>
                <w:b/>
                <w:lang w:val="de-CH"/>
              </w:rPr>
              <w:t>mittlerer Schallpegel max. 93 dB(A).</w:t>
            </w:r>
          </w:p>
          <w:p w14:paraId="14ED53B0" w14:textId="77777777" w:rsidR="003A39BA" w:rsidRDefault="00033599" w:rsidP="00772A72">
            <w:pPr>
              <w:pStyle w:val="Aufzhlungszeichen"/>
              <w:numPr>
                <w:ilvl w:val="0"/>
                <w:numId w:val="16"/>
              </w:numPr>
              <w:spacing w:before="120"/>
              <w:rPr>
                <w:lang w:val="de-CH"/>
              </w:rPr>
            </w:pPr>
            <w:r w:rsidRPr="003A39BA">
              <w:rPr>
                <w:lang w:val="de-CH"/>
              </w:rPr>
              <w:t xml:space="preserve">Einsatz von Lasern: zusätzliche Anforderungen gemäss </w:t>
            </w:r>
            <w:hyperlink r:id="rId13" w:history="1">
              <w:r w:rsidR="009678F1">
                <w:rPr>
                  <w:rStyle w:val="Hyperlink"/>
                  <w:lang w:val="de-CH"/>
                </w:rPr>
                <w:t>Bundesamt für Gesundheit</w:t>
              </w:r>
            </w:hyperlink>
            <w:r w:rsidR="009678F1">
              <w:rPr>
                <w:lang w:val="de-CH"/>
              </w:rPr>
              <w:t xml:space="preserve"> </w:t>
            </w:r>
            <w:r w:rsidRPr="003A39BA">
              <w:rPr>
                <w:lang w:val="de-CH"/>
              </w:rPr>
              <w:t>beachten.</w:t>
            </w:r>
          </w:p>
          <w:p w14:paraId="6FB03B4F" w14:textId="77777777" w:rsidR="009678F1" w:rsidRPr="006707C4" w:rsidRDefault="009678F1" w:rsidP="00772A72">
            <w:pPr>
              <w:pStyle w:val="Aufzhlungszeichen"/>
              <w:numPr>
                <w:ilvl w:val="0"/>
                <w:numId w:val="0"/>
              </w:numPr>
              <w:spacing w:before="120"/>
              <w:ind w:left="360"/>
              <w:rPr>
                <w:lang w:val="de-CH"/>
              </w:rPr>
            </w:pPr>
          </w:p>
        </w:tc>
      </w:tr>
      <w:tr w:rsidR="00033599" w14:paraId="435B40D7" w14:textId="77777777" w:rsidTr="00033599">
        <w:tc>
          <w:tcPr>
            <w:tcW w:w="1951" w:type="dxa"/>
          </w:tcPr>
          <w:p w14:paraId="74B5A2EF" w14:textId="77777777" w:rsidR="00033599" w:rsidRDefault="00033599" w:rsidP="00772A72">
            <w:pPr>
              <w:spacing w:before="120"/>
              <w:rPr>
                <w:b/>
                <w:sz w:val="24"/>
                <w:lang w:val="de-CH"/>
              </w:rPr>
            </w:pPr>
            <w:r w:rsidRPr="003A39BA">
              <w:rPr>
                <w:b/>
                <w:sz w:val="24"/>
                <w:lang w:val="de-CH"/>
              </w:rPr>
              <w:t>Geldspiele – Tombola</w:t>
            </w:r>
            <w:r w:rsidR="00772A72">
              <w:rPr>
                <w:b/>
                <w:sz w:val="24"/>
                <w:lang w:val="de-CH"/>
              </w:rPr>
              <w:t xml:space="preserve"> </w:t>
            </w:r>
            <w:r w:rsidRPr="003A39BA">
              <w:rPr>
                <w:b/>
                <w:sz w:val="24"/>
                <w:lang w:val="de-CH"/>
              </w:rPr>
              <w:t>/</w:t>
            </w:r>
            <w:r w:rsidR="00772A72">
              <w:rPr>
                <w:b/>
                <w:sz w:val="24"/>
                <w:lang w:val="de-CH"/>
              </w:rPr>
              <w:t xml:space="preserve"> </w:t>
            </w:r>
            <w:r w:rsidRPr="003A39BA">
              <w:rPr>
                <w:b/>
                <w:sz w:val="24"/>
                <w:lang w:val="de-CH"/>
              </w:rPr>
              <w:t>Lotto</w:t>
            </w:r>
          </w:p>
        </w:tc>
        <w:tc>
          <w:tcPr>
            <w:tcW w:w="6829" w:type="dxa"/>
          </w:tcPr>
          <w:p w14:paraId="7738B1D8" w14:textId="3196D0C1" w:rsidR="00033599" w:rsidRDefault="00033599" w:rsidP="00772A72">
            <w:pPr>
              <w:pStyle w:val="Aufzhlungszeichen"/>
              <w:numPr>
                <w:ilvl w:val="0"/>
                <w:numId w:val="16"/>
              </w:numPr>
              <w:spacing w:before="120"/>
              <w:rPr>
                <w:lang w:val="de-CH"/>
              </w:rPr>
            </w:pPr>
            <w:r w:rsidRPr="003A39BA">
              <w:rPr>
                <w:lang w:val="de-CH"/>
              </w:rPr>
              <w:t xml:space="preserve">Öffentliche Tombolas/Lottos: </w:t>
            </w:r>
            <w:r w:rsidR="004F0F95">
              <w:rPr>
                <w:lang w:val="de-CH"/>
              </w:rPr>
              <w:t xml:space="preserve">weitere Informationen dazu finden Sie im </w:t>
            </w:r>
            <w:hyperlink r:id="rId14" w:history="1">
              <w:r w:rsidR="004F0F95">
                <w:rPr>
                  <w:rStyle w:val="Hyperlink"/>
                  <w:lang w:val="de-CH"/>
                </w:rPr>
                <w:t xml:space="preserve">Einführungsgesetz zur Bundesgesetzgebung über Geldspiele </w:t>
              </w:r>
            </w:hyperlink>
          </w:p>
          <w:p w14:paraId="550B9198" w14:textId="77777777" w:rsidR="00033599" w:rsidRDefault="00033599" w:rsidP="00772A72">
            <w:pPr>
              <w:pStyle w:val="Aufzhlungszeichen"/>
              <w:numPr>
                <w:ilvl w:val="0"/>
                <w:numId w:val="16"/>
              </w:numPr>
              <w:spacing w:before="120"/>
              <w:rPr>
                <w:lang w:val="de-CH"/>
              </w:rPr>
            </w:pPr>
            <w:r w:rsidRPr="003A39BA">
              <w:rPr>
                <w:lang w:val="de-CH"/>
              </w:rPr>
              <w:t>Gemeinde Au Online-Schalter «Tombola-</w:t>
            </w:r>
            <w:r w:rsidR="00D47F90">
              <w:rPr>
                <w:lang w:val="de-CH"/>
              </w:rPr>
              <w:t xml:space="preserve"> </w:t>
            </w:r>
            <w:r w:rsidRPr="003A39BA">
              <w:rPr>
                <w:lang w:val="de-CH"/>
              </w:rPr>
              <w:t>/</w:t>
            </w:r>
            <w:r w:rsidR="00D47F90">
              <w:rPr>
                <w:lang w:val="de-CH"/>
              </w:rPr>
              <w:t xml:space="preserve"> </w:t>
            </w:r>
            <w:r w:rsidRPr="003A39BA">
              <w:rPr>
                <w:lang w:val="de-CH"/>
              </w:rPr>
              <w:t>Lottobewilligung»; kantonale Formulare beachten.</w:t>
            </w:r>
          </w:p>
          <w:p w14:paraId="37DD643D" w14:textId="77777777" w:rsidR="009678F1" w:rsidRPr="006707C4" w:rsidRDefault="009678F1" w:rsidP="00772A72">
            <w:pPr>
              <w:pStyle w:val="Aufzhlungszeichen"/>
              <w:numPr>
                <w:ilvl w:val="0"/>
                <w:numId w:val="0"/>
              </w:numPr>
              <w:spacing w:before="120"/>
              <w:ind w:left="360"/>
              <w:rPr>
                <w:lang w:val="de-CH"/>
              </w:rPr>
            </w:pPr>
          </w:p>
        </w:tc>
      </w:tr>
      <w:tr w:rsidR="00033599" w14:paraId="41A5056E" w14:textId="77777777" w:rsidTr="00033599">
        <w:tc>
          <w:tcPr>
            <w:tcW w:w="1951" w:type="dxa"/>
          </w:tcPr>
          <w:p w14:paraId="1ED3594A" w14:textId="77777777" w:rsidR="00033599" w:rsidRDefault="00033599" w:rsidP="00772A72">
            <w:pPr>
              <w:spacing w:before="120"/>
              <w:rPr>
                <w:b/>
                <w:sz w:val="24"/>
                <w:lang w:val="de-CH"/>
              </w:rPr>
            </w:pPr>
            <w:r w:rsidRPr="003A39BA">
              <w:rPr>
                <w:b/>
                <w:sz w:val="24"/>
                <w:lang w:val="de-CH"/>
              </w:rPr>
              <w:t xml:space="preserve">Verkehr, Parkierung &amp; Werbung </w:t>
            </w:r>
          </w:p>
        </w:tc>
        <w:tc>
          <w:tcPr>
            <w:tcW w:w="6829" w:type="dxa"/>
          </w:tcPr>
          <w:p w14:paraId="2D1535EA" w14:textId="77777777" w:rsidR="00033599" w:rsidRPr="003A39BA" w:rsidRDefault="00033599" w:rsidP="00772A72">
            <w:pPr>
              <w:pStyle w:val="Aufzhlungszeichen"/>
              <w:numPr>
                <w:ilvl w:val="0"/>
                <w:numId w:val="16"/>
              </w:numPr>
              <w:spacing w:before="120"/>
              <w:rPr>
                <w:lang w:val="de-CH"/>
              </w:rPr>
            </w:pPr>
            <w:r w:rsidRPr="00772A72">
              <w:rPr>
                <w:b/>
                <w:lang w:val="de-CH"/>
              </w:rPr>
              <w:t>Verkehrsregelung</w:t>
            </w:r>
            <w:r w:rsidRPr="003A39BA">
              <w:rPr>
                <w:lang w:val="de-CH"/>
              </w:rPr>
              <w:t xml:space="preserve"> auf </w:t>
            </w:r>
            <w:r w:rsidRPr="00772A72">
              <w:rPr>
                <w:b/>
                <w:lang w:val="de-CH"/>
              </w:rPr>
              <w:t>öffentlichen Strassen</w:t>
            </w:r>
            <w:r w:rsidRPr="003A39BA">
              <w:rPr>
                <w:lang w:val="de-CH"/>
              </w:rPr>
              <w:t xml:space="preserve"> nur mit bewilligtem Verkehrsdienst (Kapo SG).</w:t>
            </w:r>
          </w:p>
          <w:p w14:paraId="21C2172B" w14:textId="3B882161" w:rsidR="00033599" w:rsidRPr="003A39BA" w:rsidRDefault="00033599" w:rsidP="00772A72">
            <w:pPr>
              <w:pStyle w:val="Aufzhlungszeichen"/>
              <w:numPr>
                <w:ilvl w:val="0"/>
                <w:numId w:val="16"/>
              </w:numPr>
              <w:spacing w:before="120"/>
              <w:rPr>
                <w:lang w:val="de-CH"/>
              </w:rPr>
            </w:pPr>
            <w:r w:rsidRPr="003A39BA">
              <w:rPr>
                <w:lang w:val="de-CH"/>
              </w:rPr>
              <w:t>Strassenreklamen/Werbung im Strassenraum</w:t>
            </w:r>
            <w:r w:rsidR="00B87C26">
              <w:rPr>
                <w:lang w:val="de-CH"/>
              </w:rPr>
              <w:t xml:space="preserve"> ist</w:t>
            </w:r>
            <w:r w:rsidRPr="003A39BA">
              <w:rPr>
                <w:lang w:val="de-CH"/>
              </w:rPr>
              <w:t xml:space="preserve"> bewilligungspflichtig</w:t>
            </w:r>
            <w:r w:rsidR="00B87C26">
              <w:rPr>
                <w:lang w:val="de-CH"/>
              </w:rPr>
              <w:t>. Die Bewilligung erteilt die Kantonspolizei St. Gallen</w:t>
            </w:r>
            <w:r w:rsidRPr="003A39BA">
              <w:rPr>
                <w:lang w:val="de-CH"/>
              </w:rPr>
              <w:t>.</w:t>
            </w:r>
          </w:p>
          <w:p w14:paraId="2DFF9933" w14:textId="152F611C" w:rsidR="00033599" w:rsidRPr="006707C4" w:rsidRDefault="00B87C26" w:rsidP="00772A72">
            <w:pPr>
              <w:pStyle w:val="Aufzhlungszeichen"/>
              <w:numPr>
                <w:ilvl w:val="0"/>
                <w:numId w:val="16"/>
              </w:numPr>
              <w:spacing w:before="120"/>
              <w:rPr>
                <w:lang w:val="de-CH"/>
              </w:rPr>
            </w:pPr>
            <w:r>
              <w:rPr>
                <w:lang w:val="de-CH"/>
              </w:rPr>
              <w:t>Für a</w:t>
            </w:r>
            <w:r w:rsidR="00033599" w:rsidRPr="003A39BA">
              <w:rPr>
                <w:lang w:val="de-CH"/>
              </w:rPr>
              <w:t xml:space="preserve">usreichende </w:t>
            </w:r>
            <w:proofErr w:type="spellStart"/>
            <w:r>
              <w:rPr>
                <w:lang w:val="de-CH"/>
              </w:rPr>
              <w:t>Velo</w:t>
            </w:r>
            <w:r w:rsidRPr="003A39BA">
              <w:rPr>
                <w:lang w:val="de-CH"/>
              </w:rPr>
              <w:t>parkierung</w:t>
            </w:r>
            <w:proofErr w:type="spellEnd"/>
            <w:r w:rsidRPr="003A39BA">
              <w:rPr>
                <w:lang w:val="de-CH"/>
              </w:rPr>
              <w:t xml:space="preserve"> </w:t>
            </w:r>
            <w:r>
              <w:rPr>
                <w:lang w:val="de-CH"/>
              </w:rPr>
              <w:t>sorgen</w:t>
            </w:r>
            <w:r w:rsidR="00033599" w:rsidRPr="003A39BA">
              <w:rPr>
                <w:lang w:val="de-CH"/>
              </w:rPr>
              <w:t xml:space="preserve">; Rettungsachsen (mind. </w:t>
            </w:r>
            <w:r w:rsidR="003F3436">
              <w:rPr>
                <w:lang w:val="de-CH"/>
              </w:rPr>
              <w:t>4</w:t>
            </w:r>
            <w:r w:rsidR="00033599" w:rsidRPr="003A39BA">
              <w:rPr>
                <w:lang w:val="de-CH"/>
              </w:rPr>
              <w:t xml:space="preserve"> m) jederzeit freihalten.</w:t>
            </w:r>
          </w:p>
        </w:tc>
      </w:tr>
    </w:tbl>
    <w:p w14:paraId="72CE26DF" w14:textId="77777777" w:rsidR="006707C4" w:rsidRDefault="006707C4" w:rsidP="00772A72">
      <w:pPr>
        <w:spacing w:line="240" w:lineRule="auto"/>
        <w:rPr>
          <w:b/>
          <w:sz w:val="24"/>
          <w:lang w:val="de-CH"/>
        </w:rPr>
      </w:pPr>
      <w:r>
        <w:rPr>
          <w:b/>
          <w:sz w:val="24"/>
          <w:lang w:val="de-CH"/>
        </w:rPr>
        <w:br w:type="page"/>
      </w:r>
    </w:p>
    <w:p w14:paraId="69B63803" w14:textId="77777777" w:rsidR="003A39BA" w:rsidRPr="003A39BA" w:rsidRDefault="003A39BA" w:rsidP="00772A72">
      <w:pPr>
        <w:spacing w:before="120" w:after="240" w:line="240" w:lineRule="auto"/>
        <w:rPr>
          <w:b/>
          <w:sz w:val="24"/>
          <w:lang w:val="de-CH"/>
        </w:rPr>
      </w:pPr>
      <w:r w:rsidRPr="003A39BA">
        <w:rPr>
          <w:b/>
          <w:sz w:val="24"/>
          <w:lang w:val="de-CH"/>
        </w:rPr>
        <w:lastRenderedPageBreak/>
        <w:t>5) Beilagen</w:t>
      </w:r>
      <w:r w:rsidR="00A345C7">
        <w:rPr>
          <w:b/>
          <w:sz w:val="24"/>
          <w:lang w:val="de-CH"/>
        </w:rPr>
        <w:t xml:space="preserve"> (zwingend)</w:t>
      </w:r>
    </w:p>
    <w:p w14:paraId="0E8FC6CD" w14:textId="77777777" w:rsidR="003A39BA" w:rsidRPr="00033599" w:rsidRDefault="003A39BA" w:rsidP="00772A72">
      <w:pPr>
        <w:pStyle w:val="Listenabsatz"/>
        <w:numPr>
          <w:ilvl w:val="0"/>
          <w:numId w:val="10"/>
        </w:numPr>
        <w:spacing w:before="120" w:line="240" w:lineRule="auto"/>
        <w:rPr>
          <w:lang w:val="de-CH"/>
        </w:rPr>
      </w:pPr>
      <w:r w:rsidRPr="00033599">
        <w:rPr>
          <w:lang w:val="de-CH"/>
        </w:rPr>
        <w:t xml:space="preserve">Beschreibung der Veranstaltung (Datum, Ort, Umfang, Programm) </w:t>
      </w:r>
    </w:p>
    <w:p w14:paraId="3CCA55AE" w14:textId="77777777" w:rsidR="003A39BA" w:rsidRPr="00033599" w:rsidRDefault="003A39BA" w:rsidP="00772A72">
      <w:pPr>
        <w:pStyle w:val="Listenabsatz"/>
        <w:numPr>
          <w:ilvl w:val="0"/>
          <w:numId w:val="10"/>
        </w:numPr>
        <w:spacing w:before="120" w:line="240" w:lineRule="auto"/>
        <w:rPr>
          <w:lang w:val="de-CH"/>
        </w:rPr>
      </w:pPr>
      <w:r w:rsidRPr="00033599">
        <w:rPr>
          <w:lang w:val="de-CH"/>
        </w:rPr>
        <w:t xml:space="preserve">Situationsplan </w:t>
      </w:r>
    </w:p>
    <w:p w14:paraId="3945B852" w14:textId="77777777" w:rsidR="00A345C7" w:rsidRPr="00A345C7" w:rsidRDefault="00A345C7" w:rsidP="00772A72">
      <w:pPr>
        <w:spacing w:before="240" w:after="120" w:line="240" w:lineRule="auto"/>
        <w:rPr>
          <w:b/>
          <w:sz w:val="24"/>
          <w:lang w:val="de-CH"/>
        </w:rPr>
      </w:pPr>
      <w:r w:rsidRPr="00A345C7">
        <w:rPr>
          <w:b/>
          <w:sz w:val="24"/>
          <w:lang w:val="de-CH"/>
        </w:rPr>
        <w:t xml:space="preserve">6) Beilagen (situationsbezogen) </w:t>
      </w:r>
    </w:p>
    <w:p w14:paraId="42BCFFE6" w14:textId="77777777" w:rsidR="003A39BA" w:rsidRPr="00033599" w:rsidRDefault="003A39BA" w:rsidP="00772A72">
      <w:pPr>
        <w:pStyle w:val="Listenabsatz"/>
        <w:numPr>
          <w:ilvl w:val="0"/>
          <w:numId w:val="10"/>
        </w:numPr>
        <w:spacing w:before="120" w:line="240" w:lineRule="auto"/>
        <w:rPr>
          <w:lang w:val="de-CH"/>
        </w:rPr>
      </w:pPr>
      <w:r w:rsidRPr="00033599">
        <w:rPr>
          <w:lang w:val="de-CH"/>
        </w:rPr>
        <w:t>Sicherheitskonzept</w:t>
      </w:r>
    </w:p>
    <w:p w14:paraId="67B1F9C9" w14:textId="77777777" w:rsidR="003A39BA" w:rsidRPr="00033599" w:rsidRDefault="003A39BA" w:rsidP="00772A72">
      <w:pPr>
        <w:pStyle w:val="Listenabsatz"/>
        <w:numPr>
          <w:ilvl w:val="0"/>
          <w:numId w:val="10"/>
        </w:numPr>
        <w:spacing w:before="120" w:line="240" w:lineRule="auto"/>
        <w:rPr>
          <w:lang w:val="de-CH"/>
        </w:rPr>
      </w:pPr>
      <w:r w:rsidRPr="00033599">
        <w:rPr>
          <w:lang w:val="de-CH"/>
        </w:rPr>
        <w:t>Brandschutzkonzept</w:t>
      </w:r>
      <w:r w:rsidR="001315FC">
        <w:rPr>
          <w:lang w:val="de-CH"/>
        </w:rPr>
        <w:t xml:space="preserve"> gemäss Brandschutzbeauftragter</w:t>
      </w:r>
    </w:p>
    <w:p w14:paraId="31C88F0E" w14:textId="77777777" w:rsidR="003A39BA" w:rsidRPr="004F0F95" w:rsidRDefault="00A345C7" w:rsidP="00772A72">
      <w:pPr>
        <w:pStyle w:val="Listenabsatz"/>
        <w:numPr>
          <w:ilvl w:val="0"/>
          <w:numId w:val="10"/>
        </w:numPr>
        <w:spacing w:before="120" w:line="240" w:lineRule="auto"/>
        <w:rPr>
          <w:lang w:val="de-CH"/>
        </w:rPr>
      </w:pPr>
      <w:r w:rsidRPr="004F0F95">
        <w:rPr>
          <w:lang w:val="de-CH"/>
        </w:rPr>
        <w:t>Gastgewerbepatent</w:t>
      </w:r>
    </w:p>
    <w:p w14:paraId="7624C94D" w14:textId="77777777" w:rsidR="00475B26" w:rsidRPr="003A39BA" w:rsidRDefault="00A345C7" w:rsidP="00772A72">
      <w:pPr>
        <w:spacing w:before="240" w:after="120" w:line="240" w:lineRule="auto"/>
        <w:rPr>
          <w:lang w:val="de-CH"/>
        </w:rPr>
      </w:pPr>
      <w:r>
        <w:rPr>
          <w:b/>
          <w:sz w:val="24"/>
          <w:lang w:val="de-CH"/>
        </w:rPr>
        <w:t>7</w:t>
      </w:r>
      <w:r w:rsidR="00022547" w:rsidRPr="003A39BA">
        <w:rPr>
          <w:b/>
          <w:sz w:val="24"/>
          <w:lang w:val="de-CH"/>
        </w:rPr>
        <w:t>) Nützliche Links</w:t>
      </w:r>
    </w:p>
    <w:p w14:paraId="7C4B782B"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Gemeinde Au – Veranstaltungen, Feste (Dienstleistungen): </w:t>
      </w:r>
      <w:hyperlink r:id="rId15" w:history="1">
        <w:r w:rsidR="003A39BA" w:rsidRPr="003A39BA">
          <w:rPr>
            <w:rStyle w:val="Hyperlink"/>
            <w:lang w:val="de-CH"/>
          </w:rPr>
          <w:t>www.au.ch/dienstleistungen/15265</w:t>
        </w:r>
      </w:hyperlink>
      <w:r w:rsidR="003A39BA" w:rsidRPr="003A39BA">
        <w:rPr>
          <w:lang w:val="de-CH"/>
        </w:rPr>
        <w:t xml:space="preserve"> </w:t>
      </w:r>
    </w:p>
    <w:p w14:paraId="764E0AB8"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Gemeinde Au – Gastgewerbepatent für einen Anlass: </w:t>
      </w:r>
      <w:hyperlink r:id="rId16" w:history="1">
        <w:r w:rsidR="003A39BA" w:rsidRPr="003A39BA">
          <w:rPr>
            <w:rStyle w:val="Hyperlink"/>
            <w:lang w:val="de-CH"/>
          </w:rPr>
          <w:t>www.au.ch/online-schalter/10620/detail</w:t>
        </w:r>
      </w:hyperlink>
      <w:r w:rsidR="003A39BA" w:rsidRPr="003A39BA">
        <w:rPr>
          <w:lang w:val="de-CH"/>
        </w:rPr>
        <w:t xml:space="preserve"> </w:t>
      </w:r>
    </w:p>
    <w:p w14:paraId="2AFE33D9"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Gemeinde Au – Tombola-/Lottobewilligung: </w:t>
      </w:r>
      <w:hyperlink r:id="rId17" w:history="1">
        <w:r w:rsidR="003A39BA" w:rsidRPr="002241EB">
          <w:rPr>
            <w:rStyle w:val="Hyperlink"/>
            <w:lang w:val="de-CH"/>
          </w:rPr>
          <w:t>www.au.ch/online-schalter/10660/detail</w:t>
        </w:r>
      </w:hyperlink>
      <w:r w:rsidR="003A39BA">
        <w:rPr>
          <w:lang w:val="de-CH"/>
        </w:rPr>
        <w:t xml:space="preserve"> </w:t>
      </w:r>
    </w:p>
    <w:p w14:paraId="7517E12C"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Kapo SG – Strassenreklamen / Veranstaltungen (inkl. Online-Formular): </w:t>
      </w:r>
      <w:hyperlink r:id="rId18" w:history="1">
        <w:r w:rsidR="00A345C7" w:rsidRPr="002241EB">
          <w:rPr>
            <w:rStyle w:val="Hyperlink"/>
            <w:lang w:val="de-CH"/>
          </w:rPr>
          <w:t>www.sg.ch/sicherheit/kantonspolizei/verkehr/strassenreklamen.html</w:t>
        </w:r>
      </w:hyperlink>
      <w:r w:rsidR="00A345C7">
        <w:rPr>
          <w:lang w:val="de-CH"/>
        </w:rPr>
        <w:t xml:space="preserve"> </w:t>
      </w:r>
    </w:p>
    <w:p w14:paraId="302650EB"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BAG – Veranstaltungen mit Schall / Anforderungen gemäss V-NISSG: </w:t>
      </w:r>
      <w:hyperlink r:id="rId19" w:history="1">
        <w:r w:rsidR="00D47F90" w:rsidRPr="002241EB">
          <w:rPr>
            <w:rStyle w:val="Hyperlink"/>
            <w:lang w:val="de-CH"/>
          </w:rPr>
          <w:t>www.bag.admin.ch</w:t>
        </w:r>
      </w:hyperlink>
      <w:r w:rsidR="00D47F90">
        <w:rPr>
          <w:lang w:val="de-CH"/>
        </w:rPr>
        <w:t xml:space="preserve"> </w:t>
      </w:r>
      <w:r w:rsidRPr="003A39BA">
        <w:rPr>
          <w:lang w:val="de-CH"/>
        </w:rPr>
        <w:t xml:space="preserve"> (→ Schall &amp; Laser)</w:t>
      </w:r>
    </w:p>
    <w:p w14:paraId="48FB0BA1" w14:textId="77777777" w:rsidR="00475B26" w:rsidRPr="003A39BA" w:rsidRDefault="00022547" w:rsidP="00772A72">
      <w:pPr>
        <w:pStyle w:val="Aufzhlungszeichen"/>
        <w:numPr>
          <w:ilvl w:val="0"/>
          <w:numId w:val="11"/>
        </w:numPr>
        <w:spacing w:before="120" w:after="120" w:line="240" w:lineRule="auto"/>
        <w:contextualSpacing w:val="0"/>
        <w:rPr>
          <w:lang w:val="de-CH"/>
        </w:rPr>
      </w:pPr>
      <w:r w:rsidRPr="003A39BA">
        <w:rPr>
          <w:lang w:val="de-CH"/>
        </w:rPr>
        <w:t>GVSG – Weisungen (u. a. Zeltbauten/Tribünen): www.gvsg.ch → Downloadcenter</w:t>
      </w:r>
    </w:p>
    <w:p w14:paraId="61FA0B88" w14:textId="77777777" w:rsidR="00475B26" w:rsidRDefault="00022547" w:rsidP="00772A72">
      <w:pPr>
        <w:pStyle w:val="Aufzhlungszeichen"/>
        <w:numPr>
          <w:ilvl w:val="0"/>
          <w:numId w:val="11"/>
        </w:numPr>
        <w:spacing w:before="120" w:after="120" w:line="240" w:lineRule="auto"/>
        <w:contextualSpacing w:val="0"/>
        <w:rPr>
          <w:lang w:val="de-CH"/>
        </w:rPr>
      </w:pPr>
      <w:r w:rsidRPr="003A39BA">
        <w:rPr>
          <w:lang w:val="de-CH"/>
        </w:rPr>
        <w:t>Jugendschutz Alkohol – Infoblatt LMI030: www.sg.ch → Verbraucherschutz → LMI030</w:t>
      </w:r>
    </w:p>
    <w:p w14:paraId="50995DC3" w14:textId="77777777" w:rsidR="00D47F90" w:rsidRPr="003A39BA" w:rsidRDefault="00D47F90" w:rsidP="00772A72">
      <w:pPr>
        <w:pStyle w:val="Aufzhlungszeichen"/>
        <w:numPr>
          <w:ilvl w:val="0"/>
          <w:numId w:val="11"/>
        </w:numPr>
        <w:spacing w:before="120" w:after="120" w:line="240" w:lineRule="auto"/>
        <w:contextualSpacing w:val="0"/>
        <w:rPr>
          <w:lang w:val="de-CH"/>
        </w:rPr>
      </w:pPr>
      <w:r>
        <w:rPr>
          <w:lang w:val="de-CH"/>
        </w:rPr>
        <w:t xml:space="preserve">Lebensmittelinspektorat SG – </w:t>
      </w:r>
      <w:hyperlink r:id="rId20" w:history="1">
        <w:r>
          <w:rPr>
            <w:rStyle w:val="Hyperlink"/>
            <w:lang w:val="de-CH"/>
          </w:rPr>
          <w:t>Merkblatt für Festwirtschaften</w:t>
        </w:r>
      </w:hyperlink>
      <w:r>
        <w:rPr>
          <w:lang w:val="de-CH"/>
        </w:rPr>
        <w:t xml:space="preserve"> </w:t>
      </w:r>
    </w:p>
    <w:p w14:paraId="26AED743" w14:textId="77777777" w:rsidR="00475B26" w:rsidRDefault="00022547" w:rsidP="00772A72">
      <w:pPr>
        <w:pStyle w:val="Aufzhlungszeichen"/>
        <w:numPr>
          <w:ilvl w:val="0"/>
          <w:numId w:val="11"/>
        </w:numPr>
        <w:spacing w:before="120" w:after="120" w:line="240" w:lineRule="auto"/>
        <w:contextualSpacing w:val="0"/>
        <w:rPr>
          <w:lang w:val="de-CH"/>
        </w:rPr>
      </w:pPr>
      <w:r w:rsidRPr="003A39BA">
        <w:rPr>
          <w:lang w:val="de-CH"/>
        </w:rPr>
        <w:t xml:space="preserve">SUISA – Musiknutzung lizenzieren: </w:t>
      </w:r>
      <w:hyperlink r:id="rId21" w:history="1">
        <w:r w:rsidR="00A345C7" w:rsidRPr="002241EB">
          <w:rPr>
            <w:rStyle w:val="Hyperlink"/>
            <w:lang w:val="de-CH"/>
          </w:rPr>
          <w:t>www.suisa.ch</w:t>
        </w:r>
      </w:hyperlink>
      <w:r w:rsidR="00A345C7">
        <w:rPr>
          <w:lang w:val="de-CH"/>
        </w:rPr>
        <w:t xml:space="preserve"> </w:t>
      </w:r>
    </w:p>
    <w:p w14:paraId="1C84DB84" w14:textId="77777777" w:rsidR="00A345C7" w:rsidRPr="003A39BA" w:rsidRDefault="00A345C7" w:rsidP="00772A72">
      <w:pPr>
        <w:pStyle w:val="Aufzhlungszeichen"/>
        <w:numPr>
          <w:ilvl w:val="0"/>
          <w:numId w:val="11"/>
        </w:numPr>
        <w:spacing w:before="120" w:after="120" w:line="240" w:lineRule="auto"/>
        <w:contextualSpacing w:val="0"/>
        <w:rPr>
          <w:lang w:val="de-CH"/>
        </w:rPr>
      </w:pPr>
      <w:r>
        <w:rPr>
          <w:lang w:val="de-CH"/>
        </w:rPr>
        <w:t xml:space="preserve">Kehrichtverwertung Rheintal – richtig </w:t>
      </w:r>
      <w:proofErr w:type="spellStart"/>
      <w:r>
        <w:rPr>
          <w:lang w:val="de-CH"/>
        </w:rPr>
        <w:t>fäschta</w:t>
      </w:r>
      <w:proofErr w:type="spellEnd"/>
      <w:r>
        <w:rPr>
          <w:lang w:val="de-CH"/>
        </w:rPr>
        <w:t xml:space="preserve">: </w:t>
      </w:r>
      <w:hyperlink r:id="rId22" w:history="1">
        <w:r w:rsidRPr="002241EB">
          <w:rPr>
            <w:rStyle w:val="Hyperlink"/>
            <w:lang w:val="de-CH"/>
          </w:rPr>
          <w:t>https://www.kvr.swiss/richtig-faeschta-nachhaltige-veranstaltungen.html</w:t>
        </w:r>
      </w:hyperlink>
      <w:r>
        <w:rPr>
          <w:lang w:val="de-CH"/>
        </w:rPr>
        <w:t xml:space="preserve"> </w:t>
      </w:r>
    </w:p>
    <w:p w14:paraId="2FE616F1" w14:textId="77777777" w:rsidR="00475B26" w:rsidRPr="003A39BA" w:rsidRDefault="00D62349" w:rsidP="00772A72">
      <w:pPr>
        <w:spacing w:before="240" w:after="120" w:line="240" w:lineRule="auto"/>
        <w:rPr>
          <w:lang w:val="de-CH"/>
        </w:rPr>
      </w:pPr>
      <w:r>
        <w:rPr>
          <w:b/>
          <w:sz w:val="24"/>
          <w:lang w:val="de-CH"/>
        </w:rPr>
        <w:t>8</w:t>
      </w:r>
      <w:r w:rsidR="00022547" w:rsidRPr="003A39BA">
        <w:rPr>
          <w:b/>
          <w:sz w:val="24"/>
          <w:lang w:val="de-CH"/>
        </w:rPr>
        <w:t>) Fragen?</w:t>
      </w:r>
    </w:p>
    <w:p w14:paraId="290AFA09" w14:textId="3E676AF4" w:rsidR="00475B26" w:rsidRPr="003A39BA" w:rsidRDefault="00022547" w:rsidP="00772A72">
      <w:pPr>
        <w:spacing w:before="120" w:line="240" w:lineRule="auto"/>
        <w:rPr>
          <w:lang w:val="de-CH"/>
        </w:rPr>
      </w:pPr>
      <w:r w:rsidRPr="003A39BA">
        <w:rPr>
          <w:lang w:val="de-CH"/>
        </w:rPr>
        <w:t>Für Vorabklärungen und Unterstützung wenden Sie sich an die Gemeinderatskanzlei Au</w:t>
      </w:r>
      <w:r w:rsidR="004F0F95">
        <w:rPr>
          <w:lang w:val="de-CH"/>
        </w:rPr>
        <w:t xml:space="preserve">, Tel. 058 228 62 </w:t>
      </w:r>
      <w:proofErr w:type="gramStart"/>
      <w:r w:rsidR="004F0F95">
        <w:rPr>
          <w:lang w:val="de-CH"/>
        </w:rPr>
        <w:t xml:space="preserve">20 </w:t>
      </w:r>
      <w:r w:rsidRPr="003A39BA">
        <w:rPr>
          <w:lang w:val="de-CH"/>
        </w:rPr>
        <w:t>.</w:t>
      </w:r>
      <w:proofErr w:type="gramEnd"/>
      <w:r w:rsidRPr="003A39BA">
        <w:rPr>
          <w:lang w:val="de-CH"/>
        </w:rPr>
        <w:t xml:space="preserve"> Wir helfen</w:t>
      </w:r>
      <w:r w:rsidR="00D62349">
        <w:rPr>
          <w:lang w:val="de-CH"/>
        </w:rPr>
        <w:t xml:space="preserve"> Ihnen gerne bei der Planung Ihres Anlasses weiter</w:t>
      </w:r>
      <w:r w:rsidRPr="003A39BA">
        <w:rPr>
          <w:lang w:val="de-CH"/>
        </w:rPr>
        <w:t xml:space="preserve"> – unkompliziert und pragmatisch.</w:t>
      </w:r>
    </w:p>
    <w:sectPr w:rsidR="00475B26" w:rsidRPr="003A39BA" w:rsidSect="001315FC">
      <w:headerReference w:type="default" r:id="rId23"/>
      <w:pgSz w:w="12240" w:h="15840"/>
      <w:pgMar w:top="1560" w:right="1041"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3A876" w14:textId="77777777" w:rsidR="002C4500" w:rsidRDefault="002C4500" w:rsidP="002C4500">
      <w:pPr>
        <w:spacing w:after="0" w:line="240" w:lineRule="auto"/>
      </w:pPr>
      <w:r>
        <w:separator/>
      </w:r>
    </w:p>
  </w:endnote>
  <w:endnote w:type="continuationSeparator" w:id="0">
    <w:p w14:paraId="528B6FFB" w14:textId="77777777" w:rsidR="002C4500" w:rsidRDefault="002C4500" w:rsidP="002C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B19C" w14:textId="77777777" w:rsidR="002C4500" w:rsidRDefault="002C4500" w:rsidP="002C4500">
      <w:pPr>
        <w:spacing w:after="0" w:line="240" w:lineRule="auto"/>
      </w:pPr>
      <w:r>
        <w:separator/>
      </w:r>
    </w:p>
  </w:footnote>
  <w:footnote w:type="continuationSeparator" w:id="0">
    <w:p w14:paraId="64760A37" w14:textId="77777777" w:rsidR="002C4500" w:rsidRDefault="002C4500" w:rsidP="002C4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6DE2" w14:textId="77777777" w:rsidR="002C4500" w:rsidRDefault="002C4500">
    <w:pPr>
      <w:pStyle w:val="Kopfzeile"/>
    </w:pPr>
    <w:r>
      <w:rPr>
        <w:noProof/>
        <w:lang w:val="de-CH"/>
      </w:rPr>
      <w:drawing>
        <wp:anchor distT="0" distB="0" distL="114300" distR="114300" simplePos="0" relativeHeight="251657216" behindDoc="0" locked="0" layoutInCell="1" allowOverlap="1" wp14:anchorId="2662B10F" wp14:editId="332F40D3">
          <wp:simplePos x="0" y="0"/>
          <wp:positionH relativeFrom="column">
            <wp:posOffset>4774217</wp:posOffset>
          </wp:positionH>
          <wp:positionV relativeFrom="paragraph">
            <wp:posOffset>-336430</wp:posOffset>
          </wp:positionV>
          <wp:extent cx="2527300" cy="716280"/>
          <wp:effectExtent l="0" t="0" r="635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7300" cy="716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0C72B676"/>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DAC3FEF"/>
    <w:multiLevelType w:val="hybridMultilevel"/>
    <w:tmpl w:val="0978B108"/>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1872E2A"/>
    <w:multiLevelType w:val="hybridMultilevel"/>
    <w:tmpl w:val="70BC611C"/>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9DF442A"/>
    <w:multiLevelType w:val="hybridMultilevel"/>
    <w:tmpl w:val="A5ECDC62"/>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8581454"/>
    <w:multiLevelType w:val="hybridMultilevel"/>
    <w:tmpl w:val="0CB6153C"/>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48C73888"/>
    <w:multiLevelType w:val="hybridMultilevel"/>
    <w:tmpl w:val="E258DA98"/>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66C318C7"/>
    <w:multiLevelType w:val="hybridMultilevel"/>
    <w:tmpl w:val="A3986662"/>
    <w:lvl w:ilvl="0" w:tplc="08070003">
      <w:start w:val="1"/>
      <w:numFmt w:val="bullet"/>
      <w:lvlText w:val="o"/>
      <w:lvlJc w:val="left"/>
      <w:pPr>
        <w:ind w:left="360" w:hanging="360"/>
      </w:pPr>
      <w:rPr>
        <w:rFonts w:ascii="Courier New" w:hAnsi="Courier New" w:cs="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700F4C7E"/>
    <w:multiLevelType w:val="hybridMultilevel"/>
    <w:tmpl w:val="6B365170"/>
    <w:lvl w:ilvl="0" w:tplc="0458E1A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31719890">
    <w:abstractNumId w:val="8"/>
  </w:num>
  <w:num w:numId="2" w16cid:durableId="1046297337">
    <w:abstractNumId w:val="6"/>
  </w:num>
  <w:num w:numId="3" w16cid:durableId="1311639132">
    <w:abstractNumId w:val="5"/>
  </w:num>
  <w:num w:numId="4" w16cid:durableId="283535990">
    <w:abstractNumId w:val="4"/>
  </w:num>
  <w:num w:numId="5" w16cid:durableId="2108885745">
    <w:abstractNumId w:val="7"/>
  </w:num>
  <w:num w:numId="6" w16cid:durableId="1453476372">
    <w:abstractNumId w:val="3"/>
  </w:num>
  <w:num w:numId="7" w16cid:durableId="1310668043">
    <w:abstractNumId w:val="2"/>
  </w:num>
  <w:num w:numId="8" w16cid:durableId="2145737212">
    <w:abstractNumId w:val="1"/>
  </w:num>
  <w:num w:numId="9" w16cid:durableId="823930805">
    <w:abstractNumId w:val="0"/>
  </w:num>
  <w:num w:numId="10" w16cid:durableId="279802712">
    <w:abstractNumId w:val="15"/>
  </w:num>
  <w:num w:numId="11" w16cid:durableId="1214194413">
    <w:abstractNumId w:val="10"/>
  </w:num>
  <w:num w:numId="12" w16cid:durableId="1052729627">
    <w:abstractNumId w:val="13"/>
  </w:num>
  <w:num w:numId="13" w16cid:durableId="1751585347">
    <w:abstractNumId w:val="11"/>
  </w:num>
  <w:num w:numId="14" w16cid:durableId="20209024">
    <w:abstractNumId w:val="9"/>
  </w:num>
  <w:num w:numId="15" w16cid:durableId="1935086242">
    <w:abstractNumId w:val="14"/>
  </w:num>
  <w:num w:numId="16" w16cid:durableId="122240206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547"/>
    <w:rsid w:val="00033599"/>
    <w:rsid w:val="00034616"/>
    <w:rsid w:val="0006063C"/>
    <w:rsid w:val="001315FC"/>
    <w:rsid w:val="0015074B"/>
    <w:rsid w:val="00231DE0"/>
    <w:rsid w:val="0029639D"/>
    <w:rsid w:val="002C4500"/>
    <w:rsid w:val="00326F90"/>
    <w:rsid w:val="003A2401"/>
    <w:rsid w:val="003A39BA"/>
    <w:rsid w:val="003D483A"/>
    <w:rsid w:val="003F3436"/>
    <w:rsid w:val="004328EB"/>
    <w:rsid w:val="00475B26"/>
    <w:rsid w:val="004F0F95"/>
    <w:rsid w:val="006707C4"/>
    <w:rsid w:val="0072167D"/>
    <w:rsid w:val="00772A72"/>
    <w:rsid w:val="0080435E"/>
    <w:rsid w:val="008B4239"/>
    <w:rsid w:val="008B4C72"/>
    <w:rsid w:val="009678F1"/>
    <w:rsid w:val="00A345C7"/>
    <w:rsid w:val="00AA1D8D"/>
    <w:rsid w:val="00B139C2"/>
    <w:rsid w:val="00B47730"/>
    <w:rsid w:val="00B87C26"/>
    <w:rsid w:val="00C74872"/>
    <w:rsid w:val="00CB0664"/>
    <w:rsid w:val="00D47F90"/>
    <w:rsid w:val="00D50DC3"/>
    <w:rsid w:val="00D6234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63FADA4"/>
  <w14:defaultImageDpi w14:val="300"/>
  <w15:docId w15:val="{6141030C-2A03-4D1C-903C-12FAFA6C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Arial" w:hAnsi="Arial"/>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3A39BA"/>
    <w:rPr>
      <w:color w:val="0000FF" w:themeColor="hyperlink"/>
      <w:u w:val="single"/>
    </w:rPr>
  </w:style>
  <w:style w:type="character" w:styleId="NichtaufgelsteErwhnung">
    <w:name w:val="Unresolved Mention"/>
    <w:basedOn w:val="Absatz-Standardschriftart"/>
    <w:uiPriority w:val="99"/>
    <w:semiHidden/>
    <w:unhideWhenUsed/>
    <w:rsid w:val="003A39BA"/>
    <w:rPr>
      <w:color w:val="605E5C"/>
      <w:shd w:val="clear" w:color="auto" w:fill="E1DFDD"/>
    </w:rPr>
  </w:style>
  <w:style w:type="character" w:styleId="Kommentarzeichen">
    <w:name w:val="annotation reference"/>
    <w:basedOn w:val="Absatz-Standardschriftart"/>
    <w:uiPriority w:val="99"/>
    <w:semiHidden/>
    <w:unhideWhenUsed/>
    <w:rsid w:val="0080435E"/>
    <w:rPr>
      <w:sz w:val="16"/>
      <w:szCs w:val="16"/>
    </w:rPr>
  </w:style>
  <w:style w:type="paragraph" w:styleId="Kommentartext">
    <w:name w:val="annotation text"/>
    <w:basedOn w:val="Standard"/>
    <w:link w:val="KommentartextZchn"/>
    <w:uiPriority w:val="99"/>
    <w:semiHidden/>
    <w:unhideWhenUsed/>
    <w:rsid w:val="008043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435E"/>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80435E"/>
    <w:rPr>
      <w:b/>
      <w:bCs/>
    </w:rPr>
  </w:style>
  <w:style w:type="character" w:customStyle="1" w:styleId="KommentarthemaZchn">
    <w:name w:val="Kommentarthema Zchn"/>
    <w:basedOn w:val="KommentartextZchn"/>
    <w:link w:val="Kommentarthema"/>
    <w:uiPriority w:val="99"/>
    <w:semiHidden/>
    <w:rsid w:val="0080435E"/>
    <w:rPr>
      <w:rFonts w:ascii="Arial" w:hAnsi="Arial"/>
      <w:b/>
      <w:bCs/>
      <w:sz w:val="20"/>
      <w:szCs w:val="20"/>
    </w:rPr>
  </w:style>
  <w:style w:type="paragraph" w:styleId="berarbeitung">
    <w:name w:val="Revision"/>
    <w:hidden/>
    <w:uiPriority w:val="99"/>
    <w:semiHidden/>
    <w:rsid w:val="0080435E"/>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g.ch/sicherheit/kantonspolizei/verkehr/strassenreklamen.html" TargetMode="External"/><Relationship Id="rId13" Type="http://schemas.openxmlformats.org/officeDocument/2006/relationships/hyperlink" Target="https://www.bag.admin.ch/de/schall-anforderungen-v-nissg" TargetMode="External"/><Relationship Id="rId18" Type="http://schemas.openxmlformats.org/officeDocument/2006/relationships/hyperlink" Target="http://www.sg.ch/sicherheit/kantonspolizei/verkehr/strassenreklamen.html" TargetMode="External"/><Relationship Id="rId3" Type="http://schemas.openxmlformats.org/officeDocument/2006/relationships/styles" Target="styles.xml"/><Relationship Id="rId21" Type="http://schemas.openxmlformats.org/officeDocument/2006/relationships/hyperlink" Target="http://www.suisa.ch" TargetMode="External"/><Relationship Id="rId7" Type="http://schemas.openxmlformats.org/officeDocument/2006/relationships/endnotes" Target="endnotes.xml"/><Relationship Id="rId12" Type="http://schemas.openxmlformats.org/officeDocument/2006/relationships/hyperlink" Target="mailto:kommandant@ihre-feuerwehr.ch" TargetMode="External"/><Relationship Id="rId17" Type="http://schemas.openxmlformats.org/officeDocument/2006/relationships/hyperlink" Target="http://www.au.ch/online-schalter/10660/detai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u.ch/online-schalter/10620/detail" TargetMode="External"/><Relationship Id="rId20" Type="http://schemas.openxmlformats.org/officeDocument/2006/relationships/hyperlink" Target="https://www.sg.ch/gesundheit-soziales/verbraucherschutz/lebensmittel/gastro--und-verpflegungsbetriebe/_jcr_content/Par/sgch_downloadlist/DownloadListPar/sgch_download.ocFile/LMI040_Festwirtschaft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g.ch/gesundheit-soziales/verbraucherschutz/lebensmittel/gastro--und-verpflegungsbetriebe/_jcr_content/Par/sgch_downloadlist/DownloadListPar/sgch_download.ocFile/LMI040_Festwirtschaften.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u.ch/dienstleistungen/15265" TargetMode="External"/><Relationship Id="rId23" Type="http://schemas.openxmlformats.org/officeDocument/2006/relationships/header" Target="header1.xml"/><Relationship Id="rId10" Type="http://schemas.openxmlformats.org/officeDocument/2006/relationships/hyperlink" Target="https://www.au.ch/online-schalter" TargetMode="External"/><Relationship Id="rId19" Type="http://schemas.openxmlformats.org/officeDocument/2006/relationships/hyperlink" Target="http://www.bag.admin.ch" TargetMode="External"/><Relationship Id="rId4" Type="http://schemas.openxmlformats.org/officeDocument/2006/relationships/settings" Target="settings.xml"/><Relationship Id="rId9" Type="http://schemas.openxmlformats.org/officeDocument/2006/relationships/hyperlink" Target="https://www.geoportal.ch/au/map/40?y=2765000.00&amp;x=1254500.00&amp;scale=10000&amp;rotation=0" TargetMode="External"/><Relationship Id="rId14" Type="http://schemas.openxmlformats.org/officeDocument/2006/relationships/hyperlink" Target="https://www.gesetzessammlung.sg.ch/app/de/texts_of_law/455.1/versions/3001" TargetMode="External"/><Relationship Id="rId22" Type="http://schemas.openxmlformats.org/officeDocument/2006/relationships/hyperlink" Target="https://www.kvr.swiss/richtig-faeschta-nachhaltige-veranstaltung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9EBEE-EADD-46A2-AF98-E1B7ED4D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910</Words>
  <Characters>5733</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Cedric Stäheli</cp:lastModifiedBy>
  <cp:revision>9</cp:revision>
  <dcterms:created xsi:type="dcterms:W3CDTF">2025-10-22T11:23:00Z</dcterms:created>
  <dcterms:modified xsi:type="dcterms:W3CDTF">2025-10-30T11:04:00Z</dcterms:modified>
  <cp:category/>
</cp:coreProperties>
</file>